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CB81A" w14:textId="0ECBA026" w:rsidR="002705BB" w:rsidRPr="0053377C" w:rsidRDefault="001D0C05" w:rsidP="00382B7E">
      <w:pPr>
        <w:pStyle w:val="Nagwek4"/>
        <w:jc w:val="center"/>
        <w:rPr>
          <w:rFonts w:cstheme="majorHAnsi"/>
          <w:color w:val="0B4F71"/>
          <w:szCs w:val="24"/>
        </w:rPr>
      </w:pPr>
      <w:r w:rsidRPr="0053377C">
        <w:rPr>
          <w:rFonts w:cstheme="majorHAnsi"/>
          <w:color w:val="0B4F71"/>
          <w:szCs w:val="24"/>
        </w:rPr>
        <w:t>REGULAMIN</w:t>
      </w:r>
      <w:r w:rsidRPr="0053377C">
        <w:rPr>
          <w:rFonts w:cstheme="majorHAnsi"/>
          <w:color w:val="0B4F71"/>
          <w:szCs w:val="24"/>
        </w:rPr>
        <w:br/>
      </w:r>
      <w:r w:rsidR="00B34736" w:rsidRPr="0053377C">
        <w:rPr>
          <w:rFonts w:cstheme="majorHAnsi"/>
          <w:color w:val="0B4F71"/>
          <w:szCs w:val="24"/>
        </w:rPr>
        <w:t xml:space="preserve">TURNIEJU </w:t>
      </w:r>
      <w:r w:rsidR="00D66E40" w:rsidRPr="0053377C">
        <w:rPr>
          <w:rFonts w:cstheme="majorHAnsi"/>
          <w:color w:val="0B4F71"/>
          <w:szCs w:val="24"/>
        </w:rPr>
        <w:t>DZIKICH DRUŻYN</w:t>
      </w:r>
    </w:p>
    <w:p w14:paraId="6E8CB81B" w14:textId="77777777" w:rsidR="00B34736" w:rsidRPr="0053377C" w:rsidRDefault="00B34736" w:rsidP="00001361">
      <w:pPr>
        <w:ind w:left="3600" w:firstLine="720"/>
        <w:rPr>
          <w:b/>
          <w:bCs/>
          <w:color w:val="1F497D" w:themeColor="text2"/>
        </w:rPr>
      </w:pPr>
      <w:r w:rsidRPr="0053377C">
        <w:rPr>
          <w:b/>
          <w:bCs/>
          <w:color w:val="1F497D" w:themeColor="text2"/>
        </w:rPr>
        <w:t>AKTYWNY ORLIK</w:t>
      </w:r>
    </w:p>
    <w:p w14:paraId="6E8CB81C" w14:textId="77777777" w:rsidR="003766E4" w:rsidRPr="0053377C" w:rsidRDefault="003766E4">
      <w:pPr>
        <w:jc w:val="center"/>
        <w:rPr>
          <w:rFonts w:asciiTheme="majorHAnsi" w:hAnsiTheme="majorHAnsi" w:cstheme="majorHAnsi"/>
          <w:szCs w:val="24"/>
        </w:rPr>
      </w:pPr>
    </w:p>
    <w:tbl>
      <w:tblPr>
        <w:tblStyle w:val="Tabela-Siatka"/>
        <w:tblW w:w="0" w:type="auto"/>
        <w:jc w:val="center"/>
        <w:tblLook w:val="04A0" w:firstRow="1" w:lastRow="0" w:firstColumn="1" w:lastColumn="0" w:noHBand="0" w:noVBand="1"/>
      </w:tblPr>
      <w:tblGrid>
        <w:gridCol w:w="3544"/>
        <w:gridCol w:w="6768"/>
      </w:tblGrid>
      <w:tr w:rsidR="002705BB" w:rsidRPr="0053377C" w14:paraId="6E8CB81F" w14:textId="77777777" w:rsidTr="0072049F">
        <w:trPr>
          <w:jc w:val="center"/>
        </w:trPr>
        <w:tc>
          <w:tcPr>
            <w:tcW w:w="3544" w:type="dxa"/>
            <w:shd w:val="clear" w:color="auto" w:fill="1B75BB"/>
          </w:tcPr>
          <w:p w14:paraId="6E8CB81D" w14:textId="77777777" w:rsidR="002705BB" w:rsidRPr="0053377C" w:rsidRDefault="001D0C05">
            <w:pPr>
              <w:spacing w:after="0"/>
              <w:jc w:val="center"/>
              <w:rPr>
                <w:rFonts w:asciiTheme="majorHAnsi" w:hAnsiTheme="majorHAnsi" w:cstheme="majorHAnsi"/>
                <w:szCs w:val="24"/>
              </w:rPr>
            </w:pPr>
            <w:r w:rsidRPr="0053377C">
              <w:rPr>
                <w:rFonts w:asciiTheme="majorHAnsi" w:hAnsiTheme="majorHAnsi" w:cstheme="majorHAnsi"/>
                <w:b/>
                <w:color w:val="FFFFFF"/>
                <w:szCs w:val="24"/>
              </w:rPr>
              <w:t>Organizator</w:t>
            </w:r>
          </w:p>
        </w:tc>
        <w:tc>
          <w:tcPr>
            <w:tcW w:w="6768" w:type="dxa"/>
            <w:shd w:val="clear" w:color="auto" w:fill="EAF7FF"/>
          </w:tcPr>
          <w:p w14:paraId="6E8CB81E" w14:textId="77777777" w:rsidR="002705BB" w:rsidRPr="0053377C" w:rsidRDefault="001D0C05">
            <w:pPr>
              <w:spacing w:after="0"/>
              <w:jc w:val="left"/>
              <w:rPr>
                <w:rFonts w:asciiTheme="majorHAnsi" w:hAnsiTheme="majorHAnsi" w:cstheme="majorHAnsi"/>
                <w:szCs w:val="24"/>
              </w:rPr>
            </w:pPr>
            <w:r w:rsidRPr="0053377C">
              <w:rPr>
                <w:rFonts w:asciiTheme="majorHAnsi" w:hAnsiTheme="majorHAnsi" w:cstheme="majorHAnsi"/>
                <w:szCs w:val="24"/>
              </w:rPr>
              <w:t xml:space="preserve">Centrum Sportu i Rekreacji w </w:t>
            </w:r>
            <w:r w:rsidR="002232A5" w:rsidRPr="0053377C">
              <w:rPr>
                <w:rFonts w:asciiTheme="majorHAnsi" w:hAnsiTheme="majorHAnsi" w:cstheme="majorHAnsi"/>
                <w:szCs w:val="24"/>
              </w:rPr>
              <w:t>Konstantynowie Łódzkim</w:t>
            </w:r>
            <w:r w:rsidR="003B4F26" w:rsidRPr="0053377C">
              <w:rPr>
                <w:rFonts w:asciiTheme="majorHAnsi" w:hAnsiTheme="majorHAnsi" w:cstheme="majorHAnsi"/>
                <w:szCs w:val="24"/>
              </w:rPr>
              <w:t xml:space="preserve"> – zadanie dofinansowane przez Ministerstwo Sportu i Turystyki</w:t>
            </w:r>
          </w:p>
        </w:tc>
      </w:tr>
      <w:tr w:rsidR="002705BB" w:rsidRPr="0053377C" w14:paraId="6E8CB822" w14:textId="77777777" w:rsidTr="0072049F">
        <w:trPr>
          <w:jc w:val="center"/>
        </w:trPr>
        <w:tc>
          <w:tcPr>
            <w:tcW w:w="3544" w:type="dxa"/>
            <w:shd w:val="clear" w:color="auto" w:fill="1B75BB"/>
          </w:tcPr>
          <w:p w14:paraId="6E8CB820" w14:textId="77777777" w:rsidR="002705BB" w:rsidRPr="0053377C" w:rsidRDefault="001D0C05">
            <w:pPr>
              <w:spacing w:after="0"/>
              <w:jc w:val="center"/>
              <w:rPr>
                <w:rFonts w:asciiTheme="majorHAnsi" w:hAnsiTheme="majorHAnsi" w:cstheme="majorHAnsi"/>
                <w:szCs w:val="24"/>
              </w:rPr>
            </w:pPr>
            <w:r w:rsidRPr="0053377C">
              <w:rPr>
                <w:rFonts w:asciiTheme="majorHAnsi" w:hAnsiTheme="majorHAnsi" w:cstheme="majorHAnsi"/>
                <w:b/>
                <w:color w:val="FFFFFF"/>
                <w:szCs w:val="24"/>
              </w:rPr>
              <w:t>Termin</w:t>
            </w:r>
          </w:p>
        </w:tc>
        <w:tc>
          <w:tcPr>
            <w:tcW w:w="6768" w:type="dxa"/>
            <w:shd w:val="clear" w:color="auto" w:fill="F7FDFF"/>
          </w:tcPr>
          <w:p w14:paraId="6E8CB821" w14:textId="73E43988" w:rsidR="002705BB" w:rsidRPr="0053377C" w:rsidRDefault="00D63CAC">
            <w:pPr>
              <w:spacing w:after="0"/>
              <w:jc w:val="left"/>
              <w:rPr>
                <w:rFonts w:asciiTheme="majorHAnsi" w:hAnsiTheme="majorHAnsi" w:cstheme="majorHAnsi"/>
                <w:szCs w:val="24"/>
              </w:rPr>
            </w:pPr>
            <w:r w:rsidRPr="0053377C">
              <w:rPr>
                <w:rFonts w:asciiTheme="majorHAnsi" w:hAnsiTheme="majorHAnsi" w:cstheme="majorHAnsi"/>
                <w:szCs w:val="24"/>
              </w:rPr>
              <w:t>1</w:t>
            </w:r>
            <w:r w:rsidR="00F7049D" w:rsidRPr="0053377C">
              <w:rPr>
                <w:rFonts w:asciiTheme="majorHAnsi" w:hAnsiTheme="majorHAnsi" w:cstheme="majorHAnsi"/>
                <w:szCs w:val="24"/>
              </w:rPr>
              <w:t>2</w:t>
            </w:r>
            <w:r w:rsidR="001D0C05" w:rsidRPr="0053377C">
              <w:rPr>
                <w:rFonts w:asciiTheme="majorHAnsi" w:hAnsiTheme="majorHAnsi" w:cstheme="majorHAnsi"/>
                <w:szCs w:val="24"/>
              </w:rPr>
              <w:t xml:space="preserve"> </w:t>
            </w:r>
            <w:r w:rsidR="00F7049D" w:rsidRPr="0053377C">
              <w:rPr>
                <w:rFonts w:asciiTheme="majorHAnsi" w:hAnsiTheme="majorHAnsi" w:cstheme="majorHAnsi"/>
                <w:szCs w:val="24"/>
              </w:rPr>
              <w:t>września</w:t>
            </w:r>
            <w:r w:rsidR="001D0C05" w:rsidRPr="0053377C">
              <w:rPr>
                <w:rFonts w:asciiTheme="majorHAnsi" w:hAnsiTheme="majorHAnsi" w:cstheme="majorHAnsi"/>
                <w:szCs w:val="24"/>
              </w:rPr>
              <w:t xml:space="preserve"> 2026 r., godz. </w:t>
            </w:r>
            <w:r w:rsidR="00DE38A0" w:rsidRPr="0053377C">
              <w:rPr>
                <w:rFonts w:asciiTheme="majorHAnsi" w:hAnsiTheme="majorHAnsi" w:cstheme="majorHAnsi"/>
                <w:szCs w:val="24"/>
              </w:rPr>
              <w:t>09</w:t>
            </w:r>
            <w:r w:rsidR="001D0C05" w:rsidRPr="0053377C">
              <w:rPr>
                <w:rFonts w:asciiTheme="majorHAnsi" w:hAnsiTheme="majorHAnsi" w:cstheme="majorHAnsi"/>
                <w:szCs w:val="24"/>
              </w:rPr>
              <w:t>:</w:t>
            </w:r>
            <w:r w:rsidR="00DE38A0" w:rsidRPr="0053377C">
              <w:rPr>
                <w:rFonts w:asciiTheme="majorHAnsi" w:hAnsiTheme="majorHAnsi" w:cstheme="majorHAnsi"/>
                <w:szCs w:val="24"/>
              </w:rPr>
              <w:t>0</w:t>
            </w:r>
            <w:r w:rsidR="001D0C05" w:rsidRPr="0053377C">
              <w:rPr>
                <w:rFonts w:asciiTheme="majorHAnsi" w:hAnsiTheme="majorHAnsi" w:cstheme="majorHAnsi"/>
                <w:szCs w:val="24"/>
              </w:rPr>
              <w:t>0–1</w:t>
            </w:r>
            <w:r w:rsidR="00DE38A0" w:rsidRPr="0053377C">
              <w:rPr>
                <w:rFonts w:asciiTheme="majorHAnsi" w:hAnsiTheme="majorHAnsi" w:cstheme="majorHAnsi"/>
                <w:szCs w:val="24"/>
              </w:rPr>
              <w:t>4</w:t>
            </w:r>
            <w:r w:rsidR="001D0C05" w:rsidRPr="0053377C">
              <w:rPr>
                <w:rFonts w:asciiTheme="majorHAnsi" w:hAnsiTheme="majorHAnsi" w:cstheme="majorHAnsi"/>
                <w:szCs w:val="24"/>
              </w:rPr>
              <w:t>:</w:t>
            </w:r>
            <w:r w:rsidR="00DE38A0" w:rsidRPr="0053377C">
              <w:rPr>
                <w:rFonts w:asciiTheme="majorHAnsi" w:hAnsiTheme="majorHAnsi" w:cstheme="majorHAnsi"/>
                <w:szCs w:val="24"/>
              </w:rPr>
              <w:t>0</w:t>
            </w:r>
            <w:r w:rsidR="001D0C05" w:rsidRPr="0053377C">
              <w:rPr>
                <w:rFonts w:asciiTheme="majorHAnsi" w:hAnsiTheme="majorHAnsi" w:cstheme="majorHAnsi"/>
                <w:szCs w:val="24"/>
              </w:rPr>
              <w:t>0</w:t>
            </w:r>
          </w:p>
        </w:tc>
      </w:tr>
      <w:tr w:rsidR="002705BB" w:rsidRPr="0053377C" w14:paraId="6E8CB825" w14:textId="77777777" w:rsidTr="0072049F">
        <w:trPr>
          <w:jc w:val="center"/>
        </w:trPr>
        <w:tc>
          <w:tcPr>
            <w:tcW w:w="3544" w:type="dxa"/>
            <w:shd w:val="clear" w:color="auto" w:fill="1B75BB"/>
          </w:tcPr>
          <w:p w14:paraId="6E8CB823" w14:textId="77777777" w:rsidR="002705BB" w:rsidRPr="0053377C" w:rsidRDefault="001D0C05">
            <w:pPr>
              <w:spacing w:after="0"/>
              <w:jc w:val="center"/>
              <w:rPr>
                <w:rFonts w:asciiTheme="majorHAnsi" w:hAnsiTheme="majorHAnsi" w:cstheme="majorHAnsi"/>
                <w:szCs w:val="24"/>
              </w:rPr>
            </w:pPr>
            <w:r w:rsidRPr="0053377C">
              <w:rPr>
                <w:rFonts w:asciiTheme="majorHAnsi" w:hAnsiTheme="majorHAnsi" w:cstheme="majorHAnsi"/>
                <w:b/>
                <w:color w:val="FFFFFF"/>
                <w:szCs w:val="24"/>
              </w:rPr>
              <w:t>Miejsce</w:t>
            </w:r>
          </w:p>
        </w:tc>
        <w:tc>
          <w:tcPr>
            <w:tcW w:w="6768" w:type="dxa"/>
            <w:shd w:val="clear" w:color="auto" w:fill="EAF7FF"/>
          </w:tcPr>
          <w:p w14:paraId="6E8CB824" w14:textId="77777777" w:rsidR="002705BB" w:rsidRPr="0053377C" w:rsidRDefault="00DE38A0">
            <w:pPr>
              <w:spacing w:after="0"/>
              <w:jc w:val="left"/>
              <w:rPr>
                <w:rFonts w:asciiTheme="majorHAnsi" w:hAnsiTheme="majorHAnsi" w:cstheme="majorHAnsi"/>
                <w:szCs w:val="24"/>
              </w:rPr>
            </w:pPr>
            <w:r w:rsidRPr="0053377C">
              <w:rPr>
                <w:rFonts w:asciiTheme="majorHAnsi" w:hAnsiTheme="majorHAnsi" w:cstheme="majorHAnsi"/>
                <w:szCs w:val="24"/>
              </w:rPr>
              <w:t xml:space="preserve">Boisko Orlik przy ulicy Zgierskiej </w:t>
            </w:r>
            <w:r w:rsidR="007148E5" w:rsidRPr="0053377C">
              <w:rPr>
                <w:rFonts w:asciiTheme="majorHAnsi" w:hAnsiTheme="majorHAnsi" w:cstheme="majorHAnsi"/>
                <w:szCs w:val="24"/>
              </w:rPr>
              <w:t>21</w:t>
            </w:r>
            <w:r w:rsidR="008C3D22" w:rsidRPr="0053377C">
              <w:rPr>
                <w:rFonts w:asciiTheme="majorHAnsi" w:hAnsiTheme="majorHAnsi" w:cstheme="majorHAnsi"/>
                <w:szCs w:val="24"/>
              </w:rPr>
              <w:t>b</w:t>
            </w:r>
            <w:r w:rsidR="007148E5" w:rsidRPr="0053377C">
              <w:rPr>
                <w:rFonts w:asciiTheme="majorHAnsi" w:hAnsiTheme="majorHAnsi" w:cstheme="majorHAnsi"/>
                <w:szCs w:val="24"/>
              </w:rPr>
              <w:t xml:space="preserve"> w Konstantynowie Łódzkim</w:t>
            </w:r>
          </w:p>
        </w:tc>
      </w:tr>
      <w:tr w:rsidR="002705BB" w:rsidRPr="0053377C" w14:paraId="6E8CB828" w14:textId="77777777" w:rsidTr="0072049F">
        <w:trPr>
          <w:jc w:val="center"/>
        </w:trPr>
        <w:tc>
          <w:tcPr>
            <w:tcW w:w="3544" w:type="dxa"/>
            <w:shd w:val="clear" w:color="auto" w:fill="1B75BB"/>
          </w:tcPr>
          <w:p w14:paraId="6E8CB826" w14:textId="77777777" w:rsidR="002705BB" w:rsidRPr="0053377C" w:rsidRDefault="001D0C05">
            <w:pPr>
              <w:spacing w:after="0"/>
              <w:jc w:val="center"/>
              <w:rPr>
                <w:rFonts w:asciiTheme="majorHAnsi" w:hAnsiTheme="majorHAnsi" w:cstheme="majorHAnsi"/>
                <w:szCs w:val="24"/>
              </w:rPr>
            </w:pPr>
            <w:r w:rsidRPr="0053377C">
              <w:rPr>
                <w:rFonts w:asciiTheme="majorHAnsi" w:hAnsiTheme="majorHAnsi" w:cstheme="majorHAnsi"/>
                <w:b/>
                <w:color w:val="FFFFFF"/>
                <w:szCs w:val="24"/>
              </w:rPr>
              <w:t>Charakter wydarzenia</w:t>
            </w:r>
          </w:p>
        </w:tc>
        <w:tc>
          <w:tcPr>
            <w:tcW w:w="6768" w:type="dxa"/>
            <w:shd w:val="clear" w:color="auto" w:fill="F7FDFF"/>
          </w:tcPr>
          <w:p w14:paraId="6E8CB827" w14:textId="77777777" w:rsidR="002705BB" w:rsidRPr="0053377C" w:rsidRDefault="001D0C05">
            <w:pPr>
              <w:spacing w:after="0"/>
              <w:jc w:val="left"/>
              <w:rPr>
                <w:rFonts w:asciiTheme="majorHAnsi" w:hAnsiTheme="majorHAnsi" w:cstheme="majorHAnsi"/>
                <w:szCs w:val="24"/>
              </w:rPr>
            </w:pPr>
            <w:r w:rsidRPr="0053377C">
              <w:rPr>
                <w:rFonts w:asciiTheme="majorHAnsi" w:hAnsiTheme="majorHAnsi" w:cstheme="majorHAnsi"/>
                <w:szCs w:val="24"/>
              </w:rPr>
              <w:t>wydarzenie rekreacyjne, rodzinne i promocyjne</w:t>
            </w:r>
            <w:r w:rsidR="007148E5" w:rsidRPr="0053377C">
              <w:rPr>
                <w:rFonts w:asciiTheme="majorHAnsi" w:hAnsiTheme="majorHAnsi" w:cstheme="majorHAnsi"/>
                <w:szCs w:val="24"/>
              </w:rPr>
              <w:t>.</w:t>
            </w:r>
          </w:p>
        </w:tc>
      </w:tr>
    </w:tbl>
    <w:p w14:paraId="6E8CB829" w14:textId="77777777" w:rsidR="002705BB" w:rsidRPr="0053377C" w:rsidRDefault="002705BB">
      <w:pPr>
        <w:rPr>
          <w:rFonts w:asciiTheme="majorHAnsi" w:hAnsiTheme="majorHAnsi" w:cstheme="majorHAnsi"/>
          <w:szCs w:val="24"/>
        </w:rPr>
      </w:pPr>
    </w:p>
    <w:p w14:paraId="6E8CB82A"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t>§ 1. Organizator, cel i charakter zawodów</w:t>
      </w:r>
    </w:p>
    <w:p w14:paraId="6E8CB82B" w14:textId="1580036E"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Organizatorem </w:t>
      </w:r>
      <w:r w:rsidR="007148E5" w:rsidRPr="0053377C">
        <w:rPr>
          <w:rFonts w:asciiTheme="majorHAnsi" w:hAnsiTheme="majorHAnsi" w:cstheme="majorHAnsi"/>
          <w:szCs w:val="24"/>
        </w:rPr>
        <w:t>Zawodó</w:t>
      </w:r>
      <w:r w:rsidR="0042001A" w:rsidRPr="0053377C">
        <w:rPr>
          <w:rFonts w:asciiTheme="majorHAnsi" w:hAnsiTheme="majorHAnsi" w:cstheme="majorHAnsi"/>
          <w:szCs w:val="24"/>
        </w:rPr>
        <w:t xml:space="preserve">w </w:t>
      </w:r>
      <w:r w:rsidR="00F7049D" w:rsidRPr="0053377C">
        <w:rPr>
          <w:rFonts w:asciiTheme="majorHAnsi" w:hAnsiTheme="majorHAnsi" w:cstheme="majorHAnsi"/>
          <w:szCs w:val="24"/>
        </w:rPr>
        <w:t>Dzikich Drużyn</w:t>
      </w:r>
      <w:r w:rsidR="007148E5" w:rsidRPr="0053377C">
        <w:rPr>
          <w:rFonts w:asciiTheme="majorHAnsi" w:hAnsiTheme="majorHAnsi" w:cstheme="majorHAnsi"/>
          <w:szCs w:val="24"/>
        </w:rPr>
        <w:t xml:space="preserve"> </w:t>
      </w:r>
      <w:r w:rsidR="002E1129" w:rsidRPr="0053377C">
        <w:rPr>
          <w:rFonts w:asciiTheme="majorHAnsi" w:hAnsiTheme="majorHAnsi" w:cstheme="majorHAnsi"/>
          <w:szCs w:val="24"/>
        </w:rPr>
        <w:t>pod nazwą Aktywny Orlik jest</w:t>
      </w:r>
      <w:r w:rsidRPr="0053377C">
        <w:rPr>
          <w:rFonts w:asciiTheme="majorHAnsi" w:hAnsiTheme="majorHAnsi" w:cstheme="majorHAnsi"/>
          <w:szCs w:val="24"/>
        </w:rPr>
        <w:t xml:space="preserve"> Centrum Sportu</w:t>
      </w:r>
      <w:r w:rsidR="00A043D9" w:rsidRPr="0053377C">
        <w:rPr>
          <w:rFonts w:asciiTheme="majorHAnsi" w:hAnsiTheme="majorHAnsi" w:cstheme="majorHAnsi"/>
          <w:szCs w:val="24"/>
        </w:rPr>
        <w:br/>
      </w:r>
      <w:r w:rsidRPr="0053377C">
        <w:rPr>
          <w:rFonts w:asciiTheme="majorHAnsi" w:hAnsiTheme="majorHAnsi" w:cstheme="majorHAnsi"/>
          <w:szCs w:val="24"/>
        </w:rPr>
        <w:t xml:space="preserve"> i Rekreacji w </w:t>
      </w:r>
      <w:r w:rsidR="002232A5" w:rsidRPr="0053377C">
        <w:rPr>
          <w:rFonts w:asciiTheme="majorHAnsi" w:hAnsiTheme="majorHAnsi" w:cstheme="majorHAnsi"/>
          <w:szCs w:val="24"/>
        </w:rPr>
        <w:t>Konstantynowie Łódzkim</w:t>
      </w:r>
      <w:r w:rsidRPr="0053377C">
        <w:rPr>
          <w:rFonts w:asciiTheme="majorHAnsi" w:hAnsiTheme="majorHAnsi" w:cstheme="majorHAnsi"/>
          <w:szCs w:val="24"/>
        </w:rPr>
        <w:t xml:space="preserve"> </w:t>
      </w:r>
      <w:r w:rsidR="002E1129" w:rsidRPr="0053377C">
        <w:rPr>
          <w:rFonts w:asciiTheme="majorHAnsi" w:hAnsiTheme="majorHAnsi" w:cstheme="majorHAnsi"/>
          <w:szCs w:val="24"/>
        </w:rPr>
        <w:t>- zadanie dofina</w:t>
      </w:r>
      <w:r w:rsidR="00A07A47" w:rsidRPr="0053377C">
        <w:rPr>
          <w:rFonts w:asciiTheme="majorHAnsi" w:hAnsiTheme="majorHAnsi" w:cstheme="majorHAnsi"/>
          <w:szCs w:val="24"/>
        </w:rPr>
        <w:t>nsowane przez Ministerstwo Sportu i Turystyki.</w:t>
      </w:r>
    </w:p>
    <w:p w14:paraId="6E8CB82C" w14:textId="3CAA5185"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Celem zawodów jest popularyzacja </w:t>
      </w:r>
      <w:r w:rsidR="00C772E7" w:rsidRPr="0053377C">
        <w:rPr>
          <w:rFonts w:asciiTheme="majorHAnsi" w:hAnsiTheme="majorHAnsi" w:cstheme="majorHAnsi"/>
          <w:szCs w:val="24"/>
        </w:rPr>
        <w:t xml:space="preserve">piłki nożnej </w:t>
      </w:r>
      <w:r w:rsidRPr="0053377C">
        <w:rPr>
          <w:rFonts w:asciiTheme="majorHAnsi" w:hAnsiTheme="majorHAnsi" w:cstheme="majorHAnsi"/>
          <w:szCs w:val="24"/>
        </w:rPr>
        <w:t>i aktywnego trybu życia, integracja lokalnej społeczności</w:t>
      </w:r>
      <w:r w:rsidR="00A07A47" w:rsidRPr="0053377C">
        <w:rPr>
          <w:rFonts w:asciiTheme="majorHAnsi" w:hAnsiTheme="majorHAnsi" w:cstheme="majorHAnsi"/>
          <w:szCs w:val="24"/>
        </w:rPr>
        <w:t xml:space="preserve"> oraz</w:t>
      </w:r>
      <w:r w:rsidRPr="0053377C">
        <w:rPr>
          <w:rFonts w:asciiTheme="majorHAnsi" w:hAnsiTheme="majorHAnsi" w:cstheme="majorHAnsi"/>
          <w:szCs w:val="24"/>
        </w:rPr>
        <w:t xml:space="preserve"> promocja kultury fizycznej</w:t>
      </w:r>
      <w:r w:rsidR="00A07A47" w:rsidRPr="0053377C">
        <w:rPr>
          <w:rFonts w:asciiTheme="majorHAnsi" w:hAnsiTheme="majorHAnsi" w:cstheme="majorHAnsi"/>
          <w:szCs w:val="24"/>
        </w:rPr>
        <w:t>.</w:t>
      </w:r>
    </w:p>
    <w:p w14:paraId="6E8CB82D"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Zawody mają charakter rekreacyjny i rodzinny</w:t>
      </w:r>
      <w:r w:rsidR="0042001A" w:rsidRPr="0053377C">
        <w:rPr>
          <w:rFonts w:asciiTheme="majorHAnsi" w:hAnsiTheme="majorHAnsi" w:cstheme="majorHAnsi"/>
          <w:szCs w:val="24"/>
        </w:rPr>
        <w:t xml:space="preserve">. </w:t>
      </w:r>
      <w:r w:rsidR="00D720FC" w:rsidRPr="0053377C">
        <w:rPr>
          <w:rFonts w:asciiTheme="majorHAnsi" w:hAnsiTheme="majorHAnsi" w:cstheme="majorHAnsi"/>
          <w:szCs w:val="24"/>
        </w:rPr>
        <w:t>Z</w:t>
      </w:r>
      <w:r w:rsidRPr="0053377C">
        <w:rPr>
          <w:rFonts w:asciiTheme="majorHAnsi" w:hAnsiTheme="majorHAnsi" w:cstheme="majorHAnsi"/>
          <w:szCs w:val="24"/>
        </w:rPr>
        <w:t>awody nie stanowią oficjalnego współzawodnictwa prowadzonego przez polski związek sportowy</w:t>
      </w:r>
      <w:r w:rsidR="00C448D8" w:rsidRPr="0053377C">
        <w:rPr>
          <w:rFonts w:asciiTheme="majorHAnsi" w:hAnsiTheme="majorHAnsi" w:cstheme="majorHAnsi"/>
          <w:szCs w:val="24"/>
        </w:rPr>
        <w:t>.</w:t>
      </w:r>
      <w:r w:rsidR="00D720FC" w:rsidRPr="0053377C">
        <w:rPr>
          <w:rFonts w:asciiTheme="majorHAnsi" w:hAnsiTheme="majorHAnsi" w:cstheme="majorHAnsi"/>
          <w:szCs w:val="24"/>
        </w:rPr>
        <w:t xml:space="preserve"> </w:t>
      </w:r>
      <w:r w:rsidR="00C448D8" w:rsidRPr="0053377C">
        <w:rPr>
          <w:rFonts w:asciiTheme="majorHAnsi" w:hAnsiTheme="majorHAnsi" w:cstheme="majorHAnsi"/>
          <w:szCs w:val="24"/>
        </w:rPr>
        <w:t>M</w:t>
      </w:r>
      <w:r w:rsidR="00D720FC" w:rsidRPr="0053377C">
        <w:rPr>
          <w:rFonts w:asciiTheme="majorHAnsi" w:hAnsiTheme="majorHAnsi" w:cstheme="majorHAnsi"/>
          <w:szCs w:val="24"/>
        </w:rPr>
        <w:t>ed</w:t>
      </w:r>
      <w:r w:rsidR="00B35AAE" w:rsidRPr="0053377C">
        <w:rPr>
          <w:rFonts w:asciiTheme="majorHAnsi" w:hAnsiTheme="majorHAnsi" w:cstheme="majorHAnsi"/>
          <w:szCs w:val="24"/>
        </w:rPr>
        <w:t>al</w:t>
      </w:r>
      <w:r w:rsidR="00D720FC" w:rsidRPr="0053377C">
        <w:rPr>
          <w:rFonts w:asciiTheme="majorHAnsi" w:hAnsiTheme="majorHAnsi" w:cstheme="majorHAnsi"/>
          <w:szCs w:val="24"/>
        </w:rPr>
        <w:t>e</w:t>
      </w:r>
      <w:r w:rsidR="00C448D8" w:rsidRPr="0053377C">
        <w:rPr>
          <w:rFonts w:asciiTheme="majorHAnsi" w:hAnsiTheme="majorHAnsi" w:cstheme="majorHAnsi"/>
          <w:szCs w:val="24"/>
        </w:rPr>
        <w:t xml:space="preserve"> dla wszystkich zawodników</w:t>
      </w:r>
      <w:r w:rsidR="00D720FC" w:rsidRPr="0053377C">
        <w:rPr>
          <w:rFonts w:asciiTheme="majorHAnsi" w:hAnsiTheme="majorHAnsi" w:cstheme="majorHAnsi"/>
          <w:szCs w:val="24"/>
        </w:rPr>
        <w:t xml:space="preserve"> oraz puchar dla zwycięzcy </w:t>
      </w:r>
      <w:r w:rsidR="00B35AAE" w:rsidRPr="0053377C">
        <w:rPr>
          <w:rFonts w:asciiTheme="majorHAnsi" w:hAnsiTheme="majorHAnsi" w:cstheme="majorHAnsi"/>
          <w:szCs w:val="24"/>
        </w:rPr>
        <w:t>są wyrazem docenienia wysił</w:t>
      </w:r>
      <w:r w:rsidR="002D6D91" w:rsidRPr="0053377C">
        <w:rPr>
          <w:rFonts w:asciiTheme="majorHAnsi" w:hAnsiTheme="majorHAnsi" w:cstheme="majorHAnsi"/>
          <w:szCs w:val="24"/>
        </w:rPr>
        <w:t>k</w:t>
      </w:r>
      <w:r w:rsidR="00B35AAE" w:rsidRPr="0053377C">
        <w:rPr>
          <w:rFonts w:asciiTheme="majorHAnsi" w:hAnsiTheme="majorHAnsi" w:cstheme="majorHAnsi"/>
          <w:szCs w:val="24"/>
        </w:rPr>
        <w:t>u i zaangażowania</w:t>
      </w:r>
      <w:r w:rsidR="00D720FC" w:rsidRPr="0053377C">
        <w:rPr>
          <w:rFonts w:asciiTheme="majorHAnsi" w:hAnsiTheme="majorHAnsi" w:cstheme="majorHAnsi"/>
          <w:szCs w:val="24"/>
        </w:rPr>
        <w:t xml:space="preserve"> </w:t>
      </w:r>
      <w:r w:rsidR="002D6D91" w:rsidRPr="0053377C">
        <w:rPr>
          <w:rFonts w:asciiTheme="majorHAnsi" w:hAnsiTheme="majorHAnsi" w:cstheme="majorHAnsi"/>
          <w:szCs w:val="24"/>
        </w:rPr>
        <w:t>startujących we współzawodnictwie drużyn.</w:t>
      </w:r>
    </w:p>
    <w:p w14:paraId="6E8CB82E"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Regulamin określa podstawowe zasady udziału, bezpieczeństwa, dokumentowania wydarzenia oraz przetwarzania danych osobowych uczestników, osób organizujących wydarzenie i </w:t>
      </w:r>
      <w:r w:rsidR="002D6D91" w:rsidRPr="0053377C">
        <w:rPr>
          <w:rFonts w:asciiTheme="majorHAnsi" w:hAnsiTheme="majorHAnsi" w:cstheme="majorHAnsi"/>
          <w:szCs w:val="24"/>
        </w:rPr>
        <w:t>sędziów.</w:t>
      </w:r>
    </w:p>
    <w:p w14:paraId="6E8CB82F"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t>§ 2. Termin i miejsce</w:t>
      </w:r>
    </w:p>
    <w:p w14:paraId="6E8CB830" w14:textId="2523CA50" w:rsidR="002705BB" w:rsidRPr="0053377C" w:rsidRDefault="006D16B0">
      <w:pPr>
        <w:spacing w:line="252" w:lineRule="auto"/>
        <w:rPr>
          <w:rFonts w:asciiTheme="majorHAnsi" w:hAnsiTheme="majorHAnsi" w:cstheme="majorHAnsi"/>
          <w:szCs w:val="24"/>
        </w:rPr>
      </w:pPr>
      <w:r w:rsidRPr="0053377C">
        <w:rPr>
          <w:rFonts w:asciiTheme="majorHAnsi" w:hAnsiTheme="majorHAnsi" w:cstheme="majorHAnsi"/>
          <w:szCs w:val="24"/>
        </w:rPr>
        <w:t>Turniej</w:t>
      </w:r>
      <w:r w:rsidR="001D0C05" w:rsidRPr="0053377C">
        <w:rPr>
          <w:rFonts w:asciiTheme="majorHAnsi" w:hAnsiTheme="majorHAnsi" w:cstheme="majorHAnsi"/>
          <w:szCs w:val="24"/>
        </w:rPr>
        <w:t xml:space="preserve"> odbęd</w:t>
      </w:r>
      <w:r w:rsidRPr="0053377C">
        <w:rPr>
          <w:rFonts w:asciiTheme="majorHAnsi" w:hAnsiTheme="majorHAnsi" w:cstheme="majorHAnsi"/>
          <w:szCs w:val="24"/>
        </w:rPr>
        <w:t>zie</w:t>
      </w:r>
      <w:r w:rsidR="001D0C05" w:rsidRPr="0053377C">
        <w:rPr>
          <w:rFonts w:asciiTheme="majorHAnsi" w:hAnsiTheme="majorHAnsi" w:cstheme="majorHAnsi"/>
          <w:szCs w:val="24"/>
        </w:rPr>
        <w:t xml:space="preserve"> się </w:t>
      </w:r>
      <w:r w:rsidR="00C772E7" w:rsidRPr="0053377C">
        <w:rPr>
          <w:rFonts w:asciiTheme="majorHAnsi" w:hAnsiTheme="majorHAnsi" w:cstheme="majorHAnsi"/>
          <w:szCs w:val="24"/>
        </w:rPr>
        <w:t>12 września</w:t>
      </w:r>
      <w:r w:rsidR="001D0C05" w:rsidRPr="0053377C">
        <w:rPr>
          <w:rFonts w:asciiTheme="majorHAnsi" w:hAnsiTheme="majorHAnsi" w:cstheme="majorHAnsi"/>
          <w:szCs w:val="24"/>
        </w:rPr>
        <w:t xml:space="preserve"> 2026 r. w godzinach </w:t>
      </w:r>
      <w:r w:rsidRPr="0053377C">
        <w:rPr>
          <w:rFonts w:asciiTheme="majorHAnsi" w:hAnsiTheme="majorHAnsi" w:cstheme="majorHAnsi"/>
          <w:szCs w:val="24"/>
        </w:rPr>
        <w:t>09</w:t>
      </w:r>
      <w:r w:rsidR="001D0C05" w:rsidRPr="0053377C">
        <w:rPr>
          <w:rFonts w:asciiTheme="majorHAnsi" w:hAnsiTheme="majorHAnsi" w:cstheme="majorHAnsi"/>
          <w:szCs w:val="24"/>
        </w:rPr>
        <w:t>:</w:t>
      </w:r>
      <w:r w:rsidRPr="0053377C">
        <w:rPr>
          <w:rFonts w:asciiTheme="majorHAnsi" w:hAnsiTheme="majorHAnsi" w:cstheme="majorHAnsi"/>
          <w:szCs w:val="24"/>
        </w:rPr>
        <w:t>0</w:t>
      </w:r>
      <w:r w:rsidR="001D0C05" w:rsidRPr="0053377C">
        <w:rPr>
          <w:rFonts w:asciiTheme="majorHAnsi" w:hAnsiTheme="majorHAnsi" w:cstheme="majorHAnsi"/>
          <w:szCs w:val="24"/>
        </w:rPr>
        <w:t>0–1</w:t>
      </w:r>
      <w:r w:rsidRPr="0053377C">
        <w:rPr>
          <w:rFonts w:asciiTheme="majorHAnsi" w:hAnsiTheme="majorHAnsi" w:cstheme="majorHAnsi"/>
          <w:szCs w:val="24"/>
        </w:rPr>
        <w:t>4</w:t>
      </w:r>
      <w:r w:rsidR="001D0C05" w:rsidRPr="0053377C">
        <w:rPr>
          <w:rFonts w:asciiTheme="majorHAnsi" w:hAnsiTheme="majorHAnsi" w:cstheme="majorHAnsi"/>
          <w:szCs w:val="24"/>
        </w:rPr>
        <w:t>:</w:t>
      </w:r>
      <w:r w:rsidRPr="0053377C">
        <w:rPr>
          <w:rFonts w:asciiTheme="majorHAnsi" w:hAnsiTheme="majorHAnsi" w:cstheme="majorHAnsi"/>
          <w:szCs w:val="24"/>
        </w:rPr>
        <w:t>0</w:t>
      </w:r>
      <w:r w:rsidR="001D0C05" w:rsidRPr="0053377C">
        <w:rPr>
          <w:rFonts w:asciiTheme="majorHAnsi" w:hAnsiTheme="majorHAnsi" w:cstheme="majorHAnsi"/>
          <w:szCs w:val="24"/>
        </w:rPr>
        <w:t xml:space="preserve">0 na </w:t>
      </w:r>
      <w:r w:rsidRPr="0053377C">
        <w:rPr>
          <w:rFonts w:asciiTheme="majorHAnsi" w:hAnsiTheme="majorHAnsi" w:cstheme="majorHAnsi"/>
          <w:szCs w:val="24"/>
        </w:rPr>
        <w:t>boisku Orlik przy ulicy Zgierskiej 21</w:t>
      </w:r>
      <w:r w:rsidR="008C3D22" w:rsidRPr="0053377C">
        <w:rPr>
          <w:rFonts w:asciiTheme="majorHAnsi" w:hAnsiTheme="majorHAnsi" w:cstheme="majorHAnsi"/>
          <w:szCs w:val="24"/>
        </w:rPr>
        <w:t>b</w:t>
      </w:r>
      <w:r w:rsidR="002232A5" w:rsidRPr="0053377C">
        <w:rPr>
          <w:rFonts w:asciiTheme="majorHAnsi" w:hAnsiTheme="majorHAnsi" w:cstheme="majorHAnsi"/>
          <w:szCs w:val="24"/>
        </w:rPr>
        <w:t xml:space="preserve"> </w:t>
      </w:r>
      <w:r w:rsidR="001D0C05" w:rsidRPr="0053377C">
        <w:rPr>
          <w:rFonts w:asciiTheme="majorHAnsi" w:hAnsiTheme="majorHAnsi" w:cstheme="majorHAnsi"/>
          <w:szCs w:val="24"/>
        </w:rPr>
        <w:t xml:space="preserve">w </w:t>
      </w:r>
      <w:r w:rsidR="002232A5" w:rsidRPr="0053377C">
        <w:rPr>
          <w:rFonts w:asciiTheme="majorHAnsi" w:hAnsiTheme="majorHAnsi" w:cstheme="majorHAnsi"/>
          <w:szCs w:val="24"/>
        </w:rPr>
        <w:t>Konstantynowie Łódzkim</w:t>
      </w:r>
      <w:r w:rsidR="001D0C05" w:rsidRPr="0053377C">
        <w:rPr>
          <w:rFonts w:asciiTheme="majorHAnsi" w:hAnsiTheme="majorHAnsi" w:cstheme="majorHAnsi"/>
          <w:szCs w:val="24"/>
        </w:rPr>
        <w:t>.</w:t>
      </w:r>
    </w:p>
    <w:p w14:paraId="6E8CB831" w14:textId="69151C0D"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Szczegółowy harmonogram zostanie podany przez Organizatora w dniu zawodów przed rozpoczęciem </w:t>
      </w:r>
      <w:r w:rsidR="008C3D22" w:rsidRPr="0053377C">
        <w:rPr>
          <w:rFonts w:asciiTheme="majorHAnsi" w:hAnsiTheme="majorHAnsi" w:cstheme="majorHAnsi"/>
          <w:szCs w:val="24"/>
        </w:rPr>
        <w:t>rozgrywek</w:t>
      </w:r>
      <w:r w:rsidRPr="0053377C">
        <w:rPr>
          <w:rFonts w:asciiTheme="majorHAnsi" w:hAnsiTheme="majorHAnsi" w:cstheme="majorHAnsi"/>
          <w:szCs w:val="24"/>
        </w:rPr>
        <w:t>.</w:t>
      </w:r>
    </w:p>
    <w:p w14:paraId="6E8CB832" w14:textId="77777777" w:rsidR="003F27FE"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szCs w:val="24"/>
        </w:rPr>
        <w:t>Organizator może zmienić harmonogram</w:t>
      </w:r>
      <w:r w:rsidR="00322D7D" w:rsidRPr="0053377C">
        <w:rPr>
          <w:rFonts w:asciiTheme="majorHAnsi" w:hAnsiTheme="majorHAnsi" w:cstheme="majorHAnsi"/>
          <w:szCs w:val="24"/>
        </w:rPr>
        <w:t>,</w:t>
      </w:r>
      <w:r w:rsidRPr="0053377C">
        <w:rPr>
          <w:rFonts w:asciiTheme="majorHAnsi" w:hAnsiTheme="majorHAnsi" w:cstheme="majorHAnsi"/>
          <w:szCs w:val="24"/>
        </w:rPr>
        <w:t xml:space="preserve"> jeżeli będzie to uzasadnione liczbą zgłoszeń, względami organizacyjnymi albo bezpieczeństwem uczestników.</w:t>
      </w:r>
    </w:p>
    <w:p w14:paraId="61EEB3B4" w14:textId="77777777" w:rsidR="005461F5" w:rsidRPr="0053377C" w:rsidRDefault="005461F5">
      <w:pPr>
        <w:pBdr>
          <w:bottom w:val="single" w:sz="8" w:space="2" w:color="5BC0EB"/>
        </w:pBdr>
        <w:spacing w:before="200" w:after="80"/>
        <w:jc w:val="left"/>
        <w:rPr>
          <w:rFonts w:asciiTheme="majorHAnsi" w:hAnsiTheme="majorHAnsi" w:cstheme="majorHAnsi"/>
          <w:szCs w:val="24"/>
        </w:rPr>
      </w:pPr>
    </w:p>
    <w:p w14:paraId="130D8879" w14:textId="77777777" w:rsidR="005461F5" w:rsidRPr="0053377C" w:rsidRDefault="005461F5">
      <w:pPr>
        <w:pBdr>
          <w:bottom w:val="single" w:sz="8" w:space="2" w:color="5BC0EB"/>
        </w:pBdr>
        <w:spacing w:before="200" w:after="80"/>
        <w:jc w:val="left"/>
        <w:rPr>
          <w:rFonts w:asciiTheme="majorHAnsi" w:hAnsiTheme="majorHAnsi" w:cstheme="majorHAnsi"/>
          <w:b/>
          <w:color w:val="0B4F71"/>
          <w:szCs w:val="24"/>
        </w:rPr>
      </w:pPr>
    </w:p>
    <w:p w14:paraId="06874E03" w14:textId="4369DBF0" w:rsidR="00EA3D5F" w:rsidRPr="0053377C" w:rsidRDefault="00EA3D5F" w:rsidP="00F7049D">
      <w:pPr>
        <w:tabs>
          <w:tab w:val="left" w:pos="1950"/>
          <w:tab w:val="center" w:pos="5156"/>
        </w:tabs>
        <w:rPr>
          <w:rFonts w:asciiTheme="majorHAnsi" w:hAnsiTheme="majorHAnsi" w:cstheme="majorHAnsi"/>
          <w:szCs w:val="24"/>
        </w:rPr>
      </w:pPr>
      <w:r w:rsidRPr="0053377C">
        <w:rPr>
          <w:rFonts w:asciiTheme="majorHAnsi" w:hAnsiTheme="majorHAnsi" w:cstheme="majorHAnsi"/>
          <w:szCs w:val="24"/>
        </w:rPr>
        <w:tab/>
      </w:r>
      <w:r w:rsidR="00F7049D" w:rsidRPr="0053377C">
        <w:rPr>
          <w:rFonts w:asciiTheme="majorHAnsi" w:hAnsiTheme="majorHAnsi" w:cstheme="majorHAnsi"/>
          <w:szCs w:val="24"/>
        </w:rPr>
        <w:tab/>
      </w:r>
    </w:p>
    <w:p w14:paraId="6E8CB833"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lastRenderedPageBreak/>
        <w:t>§ 3. Uczestnicy</w:t>
      </w:r>
      <w:r w:rsidR="00C805A4" w:rsidRPr="0053377C">
        <w:rPr>
          <w:rFonts w:asciiTheme="majorHAnsi" w:hAnsiTheme="majorHAnsi" w:cstheme="majorHAnsi"/>
          <w:b/>
          <w:color w:val="0B4F71"/>
          <w:szCs w:val="24"/>
        </w:rPr>
        <w:t xml:space="preserve"> </w:t>
      </w:r>
      <w:r w:rsidR="00D104F3" w:rsidRPr="0053377C">
        <w:rPr>
          <w:rFonts w:asciiTheme="majorHAnsi" w:hAnsiTheme="majorHAnsi" w:cstheme="majorHAnsi"/>
          <w:b/>
          <w:color w:val="0B4F71"/>
          <w:szCs w:val="24"/>
        </w:rPr>
        <w:t>i</w:t>
      </w:r>
      <w:r w:rsidRPr="0053377C">
        <w:rPr>
          <w:rFonts w:asciiTheme="majorHAnsi" w:hAnsiTheme="majorHAnsi" w:cstheme="majorHAnsi"/>
          <w:b/>
          <w:color w:val="0B4F71"/>
          <w:szCs w:val="24"/>
        </w:rPr>
        <w:t xml:space="preserve"> zgłoszenia </w:t>
      </w:r>
    </w:p>
    <w:p w14:paraId="57DF3C48" w14:textId="6B105186" w:rsidR="007F06F7" w:rsidRPr="0053377C" w:rsidRDefault="001D0C05" w:rsidP="007F06F7">
      <w:pPr>
        <w:spacing w:line="252" w:lineRule="auto"/>
        <w:rPr>
          <w:rFonts w:asciiTheme="majorHAnsi" w:hAnsiTheme="majorHAnsi" w:cstheme="majorHAnsi"/>
          <w:szCs w:val="24"/>
        </w:rPr>
      </w:pPr>
      <w:r w:rsidRPr="0053377C">
        <w:rPr>
          <w:rFonts w:asciiTheme="majorHAnsi" w:hAnsiTheme="majorHAnsi" w:cstheme="majorHAnsi"/>
          <w:szCs w:val="24"/>
        </w:rPr>
        <w:t>W zawodach mogą uczestniczyć osoby</w:t>
      </w:r>
      <w:r w:rsidR="000E3247" w:rsidRPr="0053377C">
        <w:rPr>
          <w:rFonts w:asciiTheme="majorHAnsi" w:hAnsiTheme="majorHAnsi" w:cstheme="majorHAnsi"/>
          <w:szCs w:val="24"/>
        </w:rPr>
        <w:t xml:space="preserve"> </w:t>
      </w:r>
      <w:r w:rsidR="007F06F7" w:rsidRPr="0053377C">
        <w:rPr>
          <w:rFonts w:asciiTheme="majorHAnsi" w:hAnsiTheme="majorHAnsi" w:cstheme="majorHAnsi"/>
          <w:szCs w:val="24"/>
        </w:rPr>
        <w:t>od 1</w:t>
      </w:r>
      <w:r w:rsidR="00F7049D" w:rsidRPr="0053377C">
        <w:rPr>
          <w:rFonts w:asciiTheme="majorHAnsi" w:hAnsiTheme="majorHAnsi" w:cstheme="majorHAnsi"/>
          <w:szCs w:val="24"/>
        </w:rPr>
        <w:t>4</w:t>
      </w:r>
      <w:r w:rsidR="007F06F7" w:rsidRPr="0053377C">
        <w:rPr>
          <w:rFonts w:asciiTheme="majorHAnsi" w:hAnsiTheme="majorHAnsi" w:cstheme="majorHAnsi"/>
          <w:szCs w:val="24"/>
        </w:rPr>
        <w:t xml:space="preserve"> go roku życia</w:t>
      </w:r>
      <w:r w:rsidRPr="0053377C">
        <w:rPr>
          <w:rFonts w:asciiTheme="majorHAnsi" w:hAnsiTheme="majorHAnsi" w:cstheme="majorHAnsi"/>
          <w:szCs w:val="24"/>
        </w:rPr>
        <w:t xml:space="preserve"> z zastrzeżeniem ograniczeń wynikających</w:t>
      </w:r>
      <w:r w:rsidR="00035E39" w:rsidRPr="0053377C">
        <w:rPr>
          <w:rFonts w:asciiTheme="majorHAnsi" w:hAnsiTheme="majorHAnsi" w:cstheme="majorHAnsi"/>
          <w:szCs w:val="24"/>
        </w:rPr>
        <w:br/>
      </w:r>
      <w:r w:rsidRPr="0053377C">
        <w:rPr>
          <w:rFonts w:asciiTheme="majorHAnsi" w:hAnsiTheme="majorHAnsi" w:cstheme="majorHAnsi"/>
          <w:szCs w:val="24"/>
        </w:rPr>
        <w:t xml:space="preserve"> z bezpieczeństwa, umiejętności, liczby miejsc oraz programu zawodów.</w:t>
      </w:r>
      <w:r w:rsidR="004E3113" w:rsidRPr="0053377C">
        <w:rPr>
          <w:rFonts w:asciiTheme="majorHAnsi" w:hAnsiTheme="majorHAnsi" w:cstheme="majorHAnsi"/>
          <w:szCs w:val="24"/>
        </w:rPr>
        <w:t xml:space="preserve"> </w:t>
      </w:r>
      <w:r w:rsidR="007F06F7" w:rsidRPr="0053377C">
        <w:rPr>
          <w:rFonts w:asciiTheme="majorHAnsi" w:hAnsiTheme="majorHAnsi" w:cstheme="majorHAnsi"/>
          <w:szCs w:val="24"/>
        </w:rPr>
        <w:t>Osoba niepełnoletnia może uczestniczyć w zawodach wyłącznie za zgodą rodzica albo opiekuna prawnego, złożoną na formularzu zgłoszeniowym stanowiącym załącznik nr 1 do Regulaminu.</w:t>
      </w:r>
    </w:p>
    <w:p w14:paraId="6E8CB834" w14:textId="69E21961" w:rsidR="002705BB" w:rsidRPr="0053377C" w:rsidRDefault="00845A7B">
      <w:pPr>
        <w:spacing w:line="252" w:lineRule="auto"/>
        <w:rPr>
          <w:rFonts w:asciiTheme="majorHAnsi" w:hAnsiTheme="majorHAnsi" w:cstheme="majorHAnsi"/>
          <w:szCs w:val="24"/>
        </w:rPr>
      </w:pPr>
      <w:r w:rsidRPr="0053377C">
        <w:rPr>
          <w:rFonts w:asciiTheme="majorHAnsi" w:hAnsiTheme="majorHAnsi" w:cstheme="majorHAnsi"/>
          <w:szCs w:val="24"/>
        </w:rPr>
        <w:t xml:space="preserve">Limit startujących ustala się na </w:t>
      </w:r>
      <w:r w:rsidR="00035E39" w:rsidRPr="0053377C">
        <w:rPr>
          <w:rFonts w:asciiTheme="majorHAnsi" w:hAnsiTheme="majorHAnsi" w:cstheme="majorHAnsi"/>
          <w:szCs w:val="24"/>
        </w:rPr>
        <w:br/>
      </w:r>
      <w:r w:rsidR="00EB7D75" w:rsidRPr="0053377C">
        <w:rPr>
          <w:rFonts w:asciiTheme="majorHAnsi" w:hAnsiTheme="majorHAnsi" w:cstheme="majorHAnsi"/>
          <w:szCs w:val="24"/>
        </w:rPr>
        <w:t xml:space="preserve">8 drużyn składających się z maksymalnie </w:t>
      </w:r>
      <w:r w:rsidR="00C772E7" w:rsidRPr="0053377C">
        <w:rPr>
          <w:rFonts w:asciiTheme="majorHAnsi" w:hAnsiTheme="majorHAnsi" w:cstheme="majorHAnsi"/>
          <w:szCs w:val="24"/>
        </w:rPr>
        <w:t>10</w:t>
      </w:r>
      <w:r w:rsidR="00EB7D75" w:rsidRPr="0053377C">
        <w:rPr>
          <w:rFonts w:asciiTheme="majorHAnsi" w:hAnsiTheme="majorHAnsi" w:cstheme="majorHAnsi"/>
          <w:szCs w:val="24"/>
        </w:rPr>
        <w:t xml:space="preserve"> zawodników</w:t>
      </w:r>
      <w:r w:rsidR="00AB23DC" w:rsidRPr="0053377C">
        <w:rPr>
          <w:rFonts w:asciiTheme="majorHAnsi" w:hAnsiTheme="majorHAnsi" w:cstheme="majorHAnsi"/>
          <w:szCs w:val="24"/>
        </w:rPr>
        <w:t>.</w:t>
      </w:r>
    </w:p>
    <w:p w14:paraId="00F92C86" w14:textId="70FCFA62" w:rsidR="00247D3A" w:rsidRPr="0053377C" w:rsidRDefault="00247D3A">
      <w:pPr>
        <w:spacing w:line="252" w:lineRule="auto"/>
        <w:rPr>
          <w:rFonts w:asciiTheme="majorHAnsi" w:hAnsiTheme="majorHAnsi" w:cstheme="majorHAnsi"/>
          <w:szCs w:val="24"/>
        </w:rPr>
      </w:pPr>
      <w:r w:rsidRPr="0053377C">
        <w:rPr>
          <w:rFonts w:asciiTheme="majorHAnsi" w:hAnsiTheme="majorHAnsi" w:cstheme="majorHAnsi"/>
          <w:szCs w:val="24"/>
        </w:rPr>
        <w:t>W zawodach biorą udział drużyny, które stawią się w miejscu wydarzenia w czasie określonym w niniejszym regulaminie. Organizator nie prowadzi wcześniejszych zapisów.</w:t>
      </w:r>
    </w:p>
    <w:p w14:paraId="6E8CB83D" w14:textId="7527BC71" w:rsidR="00770605" w:rsidRPr="0053377C" w:rsidRDefault="001D0C05" w:rsidP="007C4202">
      <w:pPr>
        <w:spacing w:line="252" w:lineRule="auto"/>
        <w:rPr>
          <w:rFonts w:asciiTheme="majorHAnsi" w:hAnsiTheme="majorHAnsi" w:cstheme="majorHAnsi"/>
          <w:b/>
          <w:bCs/>
          <w:szCs w:val="24"/>
        </w:rPr>
      </w:pPr>
      <w:r w:rsidRPr="0053377C">
        <w:rPr>
          <w:rFonts w:asciiTheme="majorHAnsi" w:hAnsiTheme="majorHAnsi" w:cstheme="majorHAnsi"/>
          <w:b/>
          <w:bCs/>
          <w:szCs w:val="24"/>
          <w:u w:val="single"/>
        </w:rPr>
        <w:t>Udział w zawodach jest nieodpłatny</w:t>
      </w:r>
      <w:r w:rsidR="0050229F" w:rsidRPr="0053377C">
        <w:rPr>
          <w:b/>
          <w:bCs/>
          <w:u w:val="single"/>
        </w:rPr>
        <w:t>.</w:t>
      </w:r>
      <w:r w:rsidR="004E4E91" w:rsidRPr="0053377C">
        <w:rPr>
          <w:rFonts w:asciiTheme="majorHAnsi" w:hAnsiTheme="majorHAnsi" w:cstheme="majorHAnsi"/>
          <w:szCs w:val="24"/>
        </w:rPr>
        <w:t xml:space="preserve"> </w:t>
      </w:r>
      <w:r w:rsidR="00247D3A" w:rsidRPr="0053377C">
        <w:rPr>
          <w:rFonts w:asciiTheme="majorHAnsi" w:hAnsiTheme="majorHAnsi" w:cstheme="majorHAnsi"/>
          <w:szCs w:val="24"/>
        </w:rPr>
        <w:t>Wzięcie udziału w turnieju</w:t>
      </w:r>
      <w:r w:rsidR="004E4E91" w:rsidRPr="0053377C">
        <w:rPr>
          <w:rFonts w:asciiTheme="majorHAnsi" w:hAnsiTheme="majorHAnsi" w:cstheme="majorHAnsi"/>
          <w:szCs w:val="24"/>
        </w:rPr>
        <w:t xml:space="preserve"> oznacza zapoznanie się z Regulaminem </w:t>
      </w:r>
      <w:r w:rsidR="00263AAE" w:rsidRPr="0053377C">
        <w:rPr>
          <w:rFonts w:asciiTheme="majorHAnsi" w:hAnsiTheme="majorHAnsi" w:cstheme="majorHAnsi"/>
          <w:szCs w:val="24"/>
        </w:rPr>
        <w:br/>
      </w:r>
      <w:r w:rsidR="004E4E91" w:rsidRPr="0053377C">
        <w:rPr>
          <w:rFonts w:asciiTheme="majorHAnsi" w:hAnsiTheme="majorHAnsi" w:cstheme="majorHAnsi"/>
          <w:szCs w:val="24"/>
        </w:rPr>
        <w:t xml:space="preserve">i akceptację zasad bezpieczeństwa obowiązujących </w:t>
      </w:r>
      <w:r w:rsidR="00714847" w:rsidRPr="0053377C">
        <w:rPr>
          <w:rFonts w:asciiTheme="majorHAnsi" w:hAnsiTheme="majorHAnsi" w:cstheme="majorHAnsi"/>
          <w:szCs w:val="24"/>
        </w:rPr>
        <w:t>podczas zawodów.</w:t>
      </w:r>
      <w:r w:rsidR="004E4E91" w:rsidRPr="0053377C">
        <w:rPr>
          <w:rFonts w:asciiTheme="majorHAnsi" w:hAnsiTheme="majorHAnsi" w:cstheme="majorHAnsi"/>
          <w:szCs w:val="24"/>
        </w:rPr>
        <w:t xml:space="preserve"> Organizator nie wymaga przedkładania zaświadczeń lekarskich, </w:t>
      </w:r>
      <w:r w:rsidR="004E4E91" w:rsidRPr="0053377C">
        <w:rPr>
          <w:rFonts w:asciiTheme="majorHAnsi" w:hAnsiTheme="majorHAnsi" w:cstheme="majorHAnsi"/>
          <w:b/>
          <w:bCs/>
          <w:szCs w:val="24"/>
        </w:rPr>
        <w:t xml:space="preserve">jednak warunkiem dopuszczenia do </w:t>
      </w:r>
      <w:proofErr w:type="spellStart"/>
      <w:r w:rsidR="00247D3A" w:rsidRPr="0053377C">
        <w:rPr>
          <w:rFonts w:asciiTheme="majorHAnsi" w:hAnsiTheme="majorHAnsi" w:cstheme="majorHAnsi"/>
          <w:b/>
          <w:bCs/>
          <w:szCs w:val="24"/>
        </w:rPr>
        <w:t>gry</w:t>
      </w:r>
      <w:r w:rsidR="004E4E91" w:rsidRPr="0053377C">
        <w:rPr>
          <w:rFonts w:asciiTheme="majorHAnsi" w:hAnsiTheme="majorHAnsi" w:cstheme="majorHAnsi"/>
          <w:b/>
          <w:bCs/>
          <w:szCs w:val="24"/>
        </w:rPr>
        <w:t>jest</w:t>
      </w:r>
      <w:proofErr w:type="spellEnd"/>
      <w:r w:rsidR="004E4E91" w:rsidRPr="0053377C">
        <w:rPr>
          <w:rFonts w:asciiTheme="majorHAnsi" w:hAnsiTheme="majorHAnsi" w:cstheme="majorHAnsi"/>
          <w:b/>
          <w:bCs/>
          <w:szCs w:val="24"/>
        </w:rPr>
        <w:t xml:space="preserve"> złożenie przez uczestnika  oświadczenia</w:t>
      </w:r>
      <w:r w:rsidR="007F06F7" w:rsidRPr="0053377C">
        <w:rPr>
          <w:rFonts w:asciiTheme="majorHAnsi" w:hAnsiTheme="majorHAnsi" w:cstheme="majorHAnsi"/>
          <w:b/>
          <w:bCs/>
          <w:szCs w:val="24"/>
        </w:rPr>
        <w:t>/rodzica bądź opiekuna prawnego</w:t>
      </w:r>
      <w:r w:rsidR="004E4E91" w:rsidRPr="0053377C">
        <w:rPr>
          <w:rFonts w:asciiTheme="majorHAnsi" w:hAnsiTheme="majorHAnsi" w:cstheme="majorHAnsi"/>
          <w:b/>
          <w:bCs/>
          <w:szCs w:val="24"/>
        </w:rPr>
        <w:t xml:space="preserve"> o braku przeciwwskazań zdrowotnych do udziału w </w:t>
      </w:r>
      <w:r w:rsidR="00C639E8" w:rsidRPr="0053377C">
        <w:rPr>
          <w:rFonts w:asciiTheme="majorHAnsi" w:hAnsiTheme="majorHAnsi" w:cstheme="majorHAnsi"/>
          <w:b/>
          <w:bCs/>
          <w:szCs w:val="24"/>
        </w:rPr>
        <w:t>turnieju</w:t>
      </w:r>
      <w:r w:rsidR="004E4E91" w:rsidRPr="0053377C">
        <w:rPr>
          <w:rFonts w:asciiTheme="majorHAnsi" w:hAnsiTheme="majorHAnsi" w:cstheme="majorHAnsi"/>
          <w:b/>
          <w:bCs/>
          <w:szCs w:val="24"/>
        </w:rPr>
        <w:t xml:space="preserve"> (Załącznik nr 1)</w:t>
      </w:r>
      <w:r w:rsidR="00770605" w:rsidRPr="0053377C">
        <w:rPr>
          <w:rFonts w:asciiTheme="majorHAnsi" w:hAnsiTheme="majorHAnsi" w:cstheme="majorHAnsi"/>
          <w:b/>
          <w:bCs/>
          <w:szCs w:val="24"/>
        </w:rPr>
        <w:t>.</w:t>
      </w:r>
    </w:p>
    <w:p w14:paraId="6E8CB83E"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t>§ 4. Program wydarzenia</w:t>
      </w:r>
    </w:p>
    <w:p w14:paraId="514A20A5" w14:textId="77777777" w:rsidR="00F7049D" w:rsidRPr="0053377C" w:rsidRDefault="00F7049D" w:rsidP="00F7049D">
      <w:r w:rsidRPr="0053377C">
        <w:t>1. System rozgrywek</w:t>
      </w:r>
    </w:p>
    <w:p w14:paraId="23D336A1" w14:textId="77777777" w:rsidR="00F7049D" w:rsidRPr="0053377C" w:rsidRDefault="00F7049D" w:rsidP="00F7049D">
      <w:r w:rsidRPr="0053377C">
        <w:t xml:space="preserve">1.1. Drużyny zostają podzielone na 2 grupy po 4 zespoły. </w:t>
      </w:r>
    </w:p>
    <w:p w14:paraId="78E38C69" w14:textId="77777777" w:rsidR="00F7049D" w:rsidRPr="0053377C" w:rsidRDefault="00F7049D" w:rsidP="00F7049D">
      <w:r w:rsidRPr="0053377C">
        <w:t>1.2. W fazie grupowej każdy gra z każdym.</w:t>
      </w:r>
    </w:p>
    <w:p w14:paraId="4C8E94C0" w14:textId="77777777" w:rsidR="00F7049D" w:rsidRPr="0053377C" w:rsidRDefault="00F7049D" w:rsidP="00F7049D">
      <w:r w:rsidRPr="0053377C">
        <w:t>1.3. Za zwycięstwo: 3 pkt, remis: 1 pkt, porażka: 0 pkt.</w:t>
      </w:r>
    </w:p>
    <w:p w14:paraId="14ED664A" w14:textId="77777777" w:rsidR="00F7049D" w:rsidRPr="0053377C" w:rsidRDefault="00F7049D" w:rsidP="00F7049D">
      <w:r w:rsidRPr="0053377C">
        <w:t xml:space="preserve">1.4. Do półfinałów awansują 2 najlepsze drużyny z każdej grupy. </w:t>
      </w:r>
    </w:p>
    <w:p w14:paraId="7279E4DE" w14:textId="77777777" w:rsidR="00F7049D" w:rsidRPr="0053377C" w:rsidRDefault="00F7049D" w:rsidP="00F7049D">
      <w:r w:rsidRPr="0053377C">
        <w:t xml:space="preserve">1.5. Następnie rozgrywane są półfinały, mecz o 3. miejsce oraz finał. </w:t>
      </w:r>
    </w:p>
    <w:p w14:paraId="494E1D7F" w14:textId="77777777" w:rsidR="00F7049D" w:rsidRPr="0053377C" w:rsidRDefault="00F7049D" w:rsidP="00F7049D">
      <w:r w:rsidRPr="0053377C">
        <w:t xml:space="preserve">2. Czas gry </w:t>
      </w:r>
    </w:p>
    <w:p w14:paraId="54CE6CEC" w14:textId="77777777" w:rsidR="00F7049D" w:rsidRPr="0053377C" w:rsidRDefault="00F7049D" w:rsidP="00F7049D">
      <w:r w:rsidRPr="0053377C">
        <w:t xml:space="preserve">2.1. Mecze grupowe: 10 minut (bez przerwy). </w:t>
      </w:r>
    </w:p>
    <w:p w14:paraId="0E358722" w14:textId="77777777" w:rsidR="00F7049D" w:rsidRPr="0053377C" w:rsidRDefault="00F7049D" w:rsidP="00F7049D">
      <w:r w:rsidRPr="0053377C">
        <w:t>2.2. Mecze fazy pucharowej: 12 minut (przerwa 2 min po upływie 6min).</w:t>
      </w:r>
    </w:p>
    <w:p w14:paraId="67B1004F" w14:textId="6D8B3C94" w:rsidR="00F7049D" w:rsidRPr="0053377C" w:rsidRDefault="00F7049D" w:rsidP="001314CF">
      <w:r w:rsidRPr="0053377C">
        <w:t>2.3. W przypadku remisu w fazie pucharowej – rzuty karne (po 3 na drużynę).</w:t>
      </w:r>
    </w:p>
    <w:p w14:paraId="6E8CB849" w14:textId="6B2E2F6D" w:rsidR="002705BB" w:rsidRPr="0053377C" w:rsidRDefault="00F7049D">
      <w:pPr>
        <w:spacing w:after="40"/>
        <w:rPr>
          <w:rFonts w:asciiTheme="majorHAnsi" w:hAnsiTheme="majorHAnsi" w:cstheme="majorHAnsi"/>
          <w:szCs w:val="24"/>
        </w:rPr>
      </w:pPr>
      <w:r w:rsidRPr="0053377C">
        <w:t>Mecze rozgrywane są w systemie 5 + bramkarz.</w:t>
      </w:r>
      <w:r w:rsidR="00C772E7" w:rsidRPr="0053377C">
        <w:t xml:space="preserve"> </w:t>
      </w:r>
      <w:r w:rsidRPr="0053377C">
        <w:t xml:space="preserve">Zmiany zawodników są lotne (bez ograniczeń). Obowiązuje zasada fair </w:t>
      </w:r>
      <w:proofErr w:type="spellStart"/>
      <w:r w:rsidRPr="0053377C">
        <w:t>play</w:t>
      </w:r>
      <w:proofErr w:type="spellEnd"/>
      <w:r w:rsidRPr="0053377C">
        <w:t xml:space="preserve"> i szacunek wobec przeciwników. Obowiązuje obuwie sportowe dostosowane do nawierzchni Orlika</w:t>
      </w:r>
      <w:r w:rsidR="00C772E7" w:rsidRPr="0053377C">
        <w:t>.</w:t>
      </w:r>
      <w:r w:rsidR="00350FF5" w:rsidRPr="0053377C">
        <w:t xml:space="preserve"> </w:t>
      </w:r>
      <w:r w:rsidRPr="0053377C">
        <w:t xml:space="preserve">Organizator zastrzega sobie prawo do zmian w regulaminie. </w:t>
      </w:r>
    </w:p>
    <w:p w14:paraId="6E8CB84A"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t>§ 5. Zasady udziału i klasyfikacja</w:t>
      </w:r>
    </w:p>
    <w:p w14:paraId="6C5A69B4" w14:textId="7E189786" w:rsidR="00ED271A" w:rsidRPr="0053377C" w:rsidRDefault="001C670D" w:rsidP="00637999">
      <w:pPr>
        <w:spacing w:line="252" w:lineRule="auto"/>
        <w:rPr>
          <w:rFonts w:asciiTheme="majorHAnsi" w:hAnsiTheme="majorHAnsi" w:cstheme="majorHAnsi"/>
          <w:szCs w:val="24"/>
        </w:rPr>
      </w:pPr>
      <w:r w:rsidRPr="0053377C">
        <w:rPr>
          <w:rFonts w:asciiTheme="majorHAnsi" w:hAnsiTheme="majorHAnsi" w:cstheme="majorHAnsi"/>
          <w:szCs w:val="24"/>
        </w:rPr>
        <w:t xml:space="preserve">Rozgrywki </w:t>
      </w:r>
      <w:r w:rsidR="001D0C05" w:rsidRPr="0053377C">
        <w:rPr>
          <w:rFonts w:asciiTheme="majorHAnsi" w:hAnsiTheme="majorHAnsi" w:cstheme="majorHAnsi"/>
          <w:szCs w:val="24"/>
        </w:rPr>
        <w:t>odbywają się zgodnie z harmonogramem ustalonym przez Organizatora oraz poleceniami osób obsługujących zawody.</w:t>
      </w:r>
    </w:p>
    <w:p w14:paraId="6E8CB84C" w14:textId="3383B499" w:rsidR="002705BB" w:rsidRPr="0053377C" w:rsidRDefault="001C670D">
      <w:pPr>
        <w:spacing w:line="252" w:lineRule="auto"/>
        <w:rPr>
          <w:rFonts w:asciiTheme="majorHAnsi" w:hAnsiTheme="majorHAnsi" w:cstheme="majorHAnsi"/>
          <w:szCs w:val="24"/>
        </w:rPr>
      </w:pPr>
      <w:r w:rsidRPr="0053377C">
        <w:rPr>
          <w:rFonts w:asciiTheme="majorHAnsi" w:hAnsiTheme="majorHAnsi" w:cstheme="majorHAnsi"/>
          <w:szCs w:val="24"/>
        </w:rPr>
        <w:t xml:space="preserve">Drużyny </w:t>
      </w:r>
      <w:r w:rsidR="001D0C05" w:rsidRPr="0053377C">
        <w:rPr>
          <w:rFonts w:asciiTheme="majorHAnsi" w:hAnsiTheme="majorHAnsi" w:cstheme="majorHAnsi"/>
          <w:szCs w:val="24"/>
        </w:rPr>
        <w:t>powin</w:t>
      </w:r>
      <w:r w:rsidRPr="0053377C">
        <w:rPr>
          <w:rFonts w:asciiTheme="majorHAnsi" w:hAnsiTheme="majorHAnsi" w:cstheme="majorHAnsi"/>
          <w:szCs w:val="24"/>
        </w:rPr>
        <w:t>ny</w:t>
      </w:r>
      <w:r w:rsidR="001D0C05" w:rsidRPr="0053377C">
        <w:rPr>
          <w:rFonts w:asciiTheme="majorHAnsi" w:hAnsiTheme="majorHAnsi" w:cstheme="majorHAnsi"/>
          <w:szCs w:val="24"/>
        </w:rPr>
        <w:t xml:space="preserve"> stawić się na wyznaczonym miejscu w czasie wskazanym przez Organizatora. </w:t>
      </w:r>
    </w:p>
    <w:p w14:paraId="6E8CB84D" w14:textId="5EB41923"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lastRenderedPageBreak/>
        <w:t xml:space="preserve">Decyzje Organizatora dotyczące przebiegu zawodów, kolejności </w:t>
      </w:r>
      <w:r w:rsidR="00247D3A" w:rsidRPr="0053377C">
        <w:rPr>
          <w:rFonts w:asciiTheme="majorHAnsi" w:hAnsiTheme="majorHAnsi" w:cstheme="majorHAnsi"/>
          <w:szCs w:val="24"/>
        </w:rPr>
        <w:t>gier</w:t>
      </w:r>
      <w:r w:rsidRPr="0053377C">
        <w:rPr>
          <w:rFonts w:asciiTheme="majorHAnsi" w:hAnsiTheme="majorHAnsi" w:cstheme="majorHAnsi"/>
          <w:szCs w:val="24"/>
        </w:rPr>
        <w:t>, zasad bezpieczeństwa oraz spraw nieuregulowanych Regulaminem mają charakter ostateczny w ramach wydarzenia.</w:t>
      </w:r>
    </w:p>
    <w:p w14:paraId="6E8CB84E"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t>§ 6. Bezpieczeństwo</w:t>
      </w:r>
    </w:p>
    <w:p w14:paraId="6E8CB84F" w14:textId="77777777" w:rsidR="002705BB" w:rsidRPr="0053377C" w:rsidRDefault="001C670D">
      <w:pPr>
        <w:spacing w:line="252" w:lineRule="auto"/>
        <w:rPr>
          <w:rFonts w:asciiTheme="majorHAnsi" w:hAnsiTheme="majorHAnsi" w:cstheme="majorHAnsi"/>
          <w:szCs w:val="24"/>
        </w:rPr>
      </w:pPr>
      <w:r w:rsidRPr="0053377C">
        <w:rPr>
          <w:rFonts w:asciiTheme="majorHAnsi" w:hAnsiTheme="majorHAnsi" w:cstheme="majorHAnsi"/>
          <w:szCs w:val="24"/>
        </w:rPr>
        <w:t xml:space="preserve">Turniej </w:t>
      </w:r>
      <w:r w:rsidR="001D0C05" w:rsidRPr="0053377C">
        <w:rPr>
          <w:rFonts w:asciiTheme="majorHAnsi" w:hAnsiTheme="majorHAnsi" w:cstheme="majorHAnsi"/>
          <w:szCs w:val="24"/>
        </w:rPr>
        <w:t>odb</w:t>
      </w:r>
      <w:r w:rsidRPr="0053377C">
        <w:rPr>
          <w:rFonts w:asciiTheme="majorHAnsi" w:hAnsiTheme="majorHAnsi" w:cstheme="majorHAnsi"/>
          <w:szCs w:val="24"/>
        </w:rPr>
        <w:t>ędzie</w:t>
      </w:r>
      <w:r w:rsidR="001D0C05" w:rsidRPr="0053377C">
        <w:rPr>
          <w:rFonts w:asciiTheme="majorHAnsi" w:hAnsiTheme="majorHAnsi" w:cstheme="majorHAnsi"/>
          <w:szCs w:val="24"/>
        </w:rPr>
        <w:t xml:space="preserve"> się pod nadzorem</w:t>
      </w:r>
      <w:r w:rsidRPr="0053377C">
        <w:rPr>
          <w:rFonts w:asciiTheme="majorHAnsi" w:hAnsiTheme="majorHAnsi" w:cstheme="majorHAnsi"/>
          <w:szCs w:val="24"/>
        </w:rPr>
        <w:t xml:space="preserve"> sędziów</w:t>
      </w:r>
      <w:r w:rsidR="00322D7D" w:rsidRPr="0053377C">
        <w:rPr>
          <w:rFonts w:asciiTheme="majorHAnsi" w:hAnsiTheme="majorHAnsi" w:cstheme="majorHAnsi"/>
          <w:szCs w:val="24"/>
        </w:rPr>
        <w:t>,</w:t>
      </w:r>
      <w:r w:rsidR="0012142E" w:rsidRPr="0053377C">
        <w:rPr>
          <w:rFonts w:asciiTheme="majorHAnsi" w:hAnsiTheme="majorHAnsi" w:cstheme="majorHAnsi"/>
          <w:szCs w:val="24"/>
        </w:rPr>
        <w:t xml:space="preserve"> trenerów</w:t>
      </w:r>
      <w:r w:rsidR="00322D7D" w:rsidRPr="0053377C">
        <w:rPr>
          <w:rFonts w:asciiTheme="majorHAnsi" w:hAnsiTheme="majorHAnsi" w:cstheme="majorHAnsi"/>
          <w:szCs w:val="24"/>
        </w:rPr>
        <w:t xml:space="preserve"> oraz pracowników CSIR.</w:t>
      </w:r>
    </w:p>
    <w:p w14:paraId="6E8CB850"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Uczestnicy są zobowiązani do przestrzegania Regulaminu </w:t>
      </w:r>
      <w:r w:rsidR="0012142E" w:rsidRPr="0053377C">
        <w:rPr>
          <w:rFonts w:asciiTheme="majorHAnsi" w:hAnsiTheme="majorHAnsi" w:cstheme="majorHAnsi"/>
          <w:szCs w:val="24"/>
        </w:rPr>
        <w:t>Orlika</w:t>
      </w:r>
      <w:r w:rsidRPr="0053377C">
        <w:rPr>
          <w:rFonts w:asciiTheme="majorHAnsi" w:hAnsiTheme="majorHAnsi" w:cstheme="majorHAnsi"/>
          <w:szCs w:val="24"/>
        </w:rPr>
        <w:t>, zasad bezpieczeństwa, poleceń obsługi CSiR oraz osób prowadzących zawody.</w:t>
      </w:r>
    </w:p>
    <w:p w14:paraId="6E8CB851"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Uczestn</w:t>
      </w:r>
      <w:r w:rsidR="0012142E" w:rsidRPr="0053377C">
        <w:rPr>
          <w:rFonts w:asciiTheme="majorHAnsi" w:hAnsiTheme="majorHAnsi" w:cstheme="majorHAnsi"/>
          <w:szCs w:val="24"/>
        </w:rPr>
        <w:t>icy</w:t>
      </w:r>
      <w:r w:rsidRPr="0053377C">
        <w:rPr>
          <w:rFonts w:asciiTheme="majorHAnsi" w:hAnsiTheme="majorHAnsi" w:cstheme="majorHAnsi"/>
          <w:szCs w:val="24"/>
        </w:rPr>
        <w:t xml:space="preserve"> przystępuj</w:t>
      </w:r>
      <w:r w:rsidR="0012142E" w:rsidRPr="0053377C">
        <w:rPr>
          <w:rFonts w:asciiTheme="majorHAnsi" w:hAnsiTheme="majorHAnsi" w:cstheme="majorHAnsi"/>
          <w:szCs w:val="24"/>
        </w:rPr>
        <w:t>ą</w:t>
      </w:r>
      <w:r w:rsidRPr="0053377C">
        <w:rPr>
          <w:rFonts w:asciiTheme="majorHAnsi" w:hAnsiTheme="majorHAnsi" w:cstheme="majorHAnsi"/>
          <w:szCs w:val="24"/>
        </w:rPr>
        <w:t xml:space="preserve"> do </w:t>
      </w:r>
      <w:r w:rsidR="0012142E" w:rsidRPr="0053377C">
        <w:rPr>
          <w:rFonts w:asciiTheme="majorHAnsi" w:hAnsiTheme="majorHAnsi" w:cstheme="majorHAnsi"/>
          <w:szCs w:val="24"/>
        </w:rPr>
        <w:t xml:space="preserve">zawodów </w:t>
      </w:r>
      <w:r w:rsidRPr="0053377C">
        <w:rPr>
          <w:rFonts w:asciiTheme="majorHAnsi" w:hAnsiTheme="majorHAnsi" w:cstheme="majorHAnsi"/>
          <w:szCs w:val="24"/>
        </w:rPr>
        <w:t>dobrowolnie i powin</w:t>
      </w:r>
      <w:r w:rsidR="0012142E" w:rsidRPr="0053377C">
        <w:rPr>
          <w:rFonts w:asciiTheme="majorHAnsi" w:hAnsiTheme="majorHAnsi" w:cstheme="majorHAnsi"/>
          <w:szCs w:val="24"/>
        </w:rPr>
        <w:t>ni</w:t>
      </w:r>
      <w:r w:rsidRPr="0053377C">
        <w:rPr>
          <w:rFonts w:asciiTheme="majorHAnsi" w:hAnsiTheme="majorHAnsi" w:cstheme="majorHAnsi"/>
          <w:szCs w:val="24"/>
        </w:rPr>
        <w:t xml:space="preserve"> samodzielnie ocenić, czy </w:t>
      </w:r>
      <w:r w:rsidR="0012142E" w:rsidRPr="0053377C">
        <w:rPr>
          <w:rFonts w:asciiTheme="majorHAnsi" w:hAnsiTheme="majorHAnsi" w:cstheme="majorHAnsi"/>
          <w:szCs w:val="24"/>
        </w:rPr>
        <w:t>ich</w:t>
      </w:r>
      <w:r w:rsidRPr="0053377C">
        <w:rPr>
          <w:rFonts w:asciiTheme="majorHAnsi" w:hAnsiTheme="majorHAnsi" w:cstheme="majorHAnsi"/>
          <w:szCs w:val="24"/>
        </w:rPr>
        <w:t xml:space="preserve"> aktualna kondycja oraz umiejętności pozwalają na bezpieczny udział. </w:t>
      </w:r>
    </w:p>
    <w:p w14:paraId="6E8CB852"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Osoba, która źle się czuje, ma wątpliwości co do możliwości bezpiecznego udziału albo otrzymała polecenie Organizatora, powinna zrezygnować ze startu.</w:t>
      </w:r>
    </w:p>
    <w:p w14:paraId="6E8CB853"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Organizator ma prawo odmówić dopuszczenia do startu lub przerwać udział uczestnika, jeżeli dalszy udział mógłby zagrażać bezpieczeństwu tej osoby, innych uczestników lub prawidłowemu przebiegowi wydarzenia.</w:t>
      </w:r>
    </w:p>
    <w:p w14:paraId="6E8CB854" w14:textId="17DC31D7" w:rsidR="009F1DC6" w:rsidRPr="0053377C" w:rsidRDefault="009F1DC6">
      <w:pPr>
        <w:spacing w:line="252" w:lineRule="auto"/>
        <w:rPr>
          <w:rFonts w:asciiTheme="majorHAnsi" w:hAnsiTheme="majorHAnsi" w:cstheme="majorHAnsi"/>
          <w:szCs w:val="24"/>
        </w:rPr>
      </w:pPr>
      <w:r w:rsidRPr="0053377C">
        <w:rPr>
          <w:rFonts w:asciiTheme="majorHAnsi" w:hAnsiTheme="majorHAnsi" w:cstheme="majorHAnsi"/>
          <w:szCs w:val="24"/>
        </w:rPr>
        <w:t xml:space="preserve">Uczestnik podpisując zgłoszenie deklaruje, że </w:t>
      </w:r>
      <w:r w:rsidR="002442C5" w:rsidRPr="0053377C">
        <w:rPr>
          <w:rFonts w:asciiTheme="majorHAnsi" w:hAnsiTheme="majorHAnsi" w:cstheme="majorHAnsi"/>
          <w:szCs w:val="24"/>
        </w:rPr>
        <w:t xml:space="preserve">on lub jego podopieczny, </w:t>
      </w:r>
      <w:r w:rsidRPr="0053377C">
        <w:rPr>
          <w:rFonts w:asciiTheme="majorHAnsi" w:hAnsiTheme="majorHAnsi" w:cstheme="majorHAnsi"/>
          <w:szCs w:val="24"/>
        </w:rPr>
        <w:t>startuje na własną odpowiedzialność i ponosi pełne ryzyko związane ze swoim</w:t>
      </w:r>
      <w:r w:rsidR="002442C5" w:rsidRPr="0053377C">
        <w:rPr>
          <w:rFonts w:asciiTheme="majorHAnsi" w:hAnsiTheme="majorHAnsi" w:cstheme="majorHAnsi"/>
          <w:szCs w:val="24"/>
        </w:rPr>
        <w:t>/podopiecznego</w:t>
      </w:r>
      <w:r w:rsidRPr="0053377C">
        <w:rPr>
          <w:rFonts w:asciiTheme="majorHAnsi" w:hAnsiTheme="majorHAnsi" w:cstheme="majorHAnsi"/>
          <w:szCs w:val="24"/>
        </w:rPr>
        <w:t xml:space="preserve"> stanem zdrowia podczas </w:t>
      </w:r>
      <w:r w:rsidR="00AC5703" w:rsidRPr="0053377C">
        <w:rPr>
          <w:rFonts w:asciiTheme="majorHAnsi" w:hAnsiTheme="majorHAnsi" w:cstheme="majorHAnsi"/>
          <w:szCs w:val="24"/>
        </w:rPr>
        <w:t>udziału w turnieju</w:t>
      </w:r>
      <w:r w:rsidR="0012142E" w:rsidRPr="0053377C">
        <w:rPr>
          <w:rFonts w:asciiTheme="majorHAnsi" w:hAnsiTheme="majorHAnsi" w:cstheme="majorHAnsi"/>
          <w:szCs w:val="24"/>
        </w:rPr>
        <w:t>.</w:t>
      </w:r>
    </w:p>
    <w:tbl>
      <w:tblPr>
        <w:tblW w:w="0" w:type="auto"/>
        <w:jc w:val="center"/>
        <w:tblLook w:val="04A0" w:firstRow="1" w:lastRow="0" w:firstColumn="1" w:lastColumn="0" w:noHBand="0" w:noVBand="1"/>
      </w:tblPr>
      <w:tblGrid>
        <w:gridCol w:w="10312"/>
      </w:tblGrid>
      <w:tr w:rsidR="002705BB" w:rsidRPr="0053377C" w14:paraId="6E8CB856" w14:textId="77777777">
        <w:trPr>
          <w:jc w:val="center"/>
        </w:trPr>
        <w:tc>
          <w:tcPr>
            <w:tcW w:w="10312" w:type="dxa"/>
            <w:shd w:val="clear" w:color="auto" w:fill="F2FBFF"/>
            <w:vAlign w:val="center"/>
          </w:tcPr>
          <w:p w14:paraId="6E8CB855" w14:textId="77777777" w:rsidR="002705BB" w:rsidRPr="0053377C" w:rsidRDefault="002705BB">
            <w:pPr>
              <w:spacing w:after="40"/>
              <w:rPr>
                <w:rFonts w:asciiTheme="majorHAnsi" w:hAnsiTheme="majorHAnsi" w:cstheme="majorHAnsi"/>
                <w:szCs w:val="24"/>
              </w:rPr>
            </w:pPr>
          </w:p>
        </w:tc>
      </w:tr>
    </w:tbl>
    <w:p w14:paraId="6E8CB857" w14:textId="77777777" w:rsidR="002705BB" w:rsidRPr="0053377C" w:rsidRDefault="002705BB">
      <w:pPr>
        <w:spacing w:after="40"/>
        <w:rPr>
          <w:rFonts w:asciiTheme="majorHAnsi" w:hAnsiTheme="majorHAnsi" w:cstheme="majorHAnsi"/>
          <w:szCs w:val="24"/>
        </w:rPr>
      </w:pPr>
    </w:p>
    <w:p w14:paraId="6E8CB858"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t>§ 7. Dokumentacja fotograficzna, filmowa i wizerunek</w:t>
      </w:r>
    </w:p>
    <w:p w14:paraId="6E8CB859"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Podczas zawodów Organizator może wykonywać dokumentację fotograficzną i filmową w celu informowania o wydarzeniu, promocji aktywności fizycznej, promocji CSiR</w:t>
      </w:r>
      <w:r w:rsidR="008F187E" w:rsidRPr="0053377C">
        <w:rPr>
          <w:rFonts w:asciiTheme="majorHAnsi" w:hAnsiTheme="majorHAnsi" w:cstheme="majorHAnsi"/>
          <w:szCs w:val="24"/>
        </w:rPr>
        <w:t>.</w:t>
      </w:r>
      <w:r w:rsidRPr="0053377C">
        <w:rPr>
          <w:rFonts w:asciiTheme="majorHAnsi" w:hAnsiTheme="majorHAnsi" w:cstheme="majorHAnsi"/>
          <w:szCs w:val="24"/>
        </w:rPr>
        <w:t xml:space="preserve"> </w:t>
      </w:r>
    </w:p>
    <w:p w14:paraId="6E8CB85A"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Fotografie lub nagrania, na których uczestnik, osoba organizująca wydarzenie stanowi jedynie szczegół całości, takiej jak zgromadzenie, krajobraz lub publiczna impreza, mogą być rozpowszechniane bez zezwolenia tej osoby na podstawie art. 81 ust. 2 pkt 2 ustawy o prawie autorskim i prawach pokrewnych.</w:t>
      </w:r>
    </w:p>
    <w:p w14:paraId="6E8CB85B" w14:textId="37491989"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Jeżeli fotografia lub nagranie przedstawia konkretną osobę w sposób indywidualizujący, w szczególności jako portret, zdjęcie pozowane, wypowiedź do kamery, ujęcie laureata albo zbliżenie pozwalające na główne wyeksponowanie osoby, rozpowszechnianie takiego wizerunku</w:t>
      </w:r>
      <w:r w:rsidR="00A0250D" w:rsidRPr="0053377C">
        <w:rPr>
          <w:rFonts w:asciiTheme="majorHAnsi" w:hAnsiTheme="majorHAnsi" w:cstheme="majorHAnsi"/>
          <w:szCs w:val="24"/>
        </w:rPr>
        <w:t>.</w:t>
      </w:r>
    </w:p>
    <w:p w14:paraId="6E8CB85C" w14:textId="0901CC20"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Wizerunek może być publikowany w szczególności na stronie internetowej CSiR, profilu CSiR na Facebooku, stronie internetowej Urzędu Gminy w </w:t>
      </w:r>
      <w:r w:rsidR="002232A5" w:rsidRPr="0053377C">
        <w:rPr>
          <w:rFonts w:asciiTheme="majorHAnsi" w:hAnsiTheme="majorHAnsi" w:cstheme="majorHAnsi"/>
          <w:szCs w:val="24"/>
        </w:rPr>
        <w:t>Konstantynowie Łódzkim</w:t>
      </w:r>
      <w:r w:rsidRPr="0053377C">
        <w:rPr>
          <w:rFonts w:asciiTheme="majorHAnsi" w:hAnsiTheme="majorHAnsi" w:cstheme="majorHAnsi"/>
          <w:szCs w:val="24"/>
        </w:rPr>
        <w:t xml:space="preserve"> oraz profilu Urzędu Gminy w </w:t>
      </w:r>
      <w:r w:rsidR="002232A5" w:rsidRPr="0053377C">
        <w:rPr>
          <w:rFonts w:asciiTheme="majorHAnsi" w:hAnsiTheme="majorHAnsi" w:cstheme="majorHAnsi"/>
          <w:szCs w:val="24"/>
        </w:rPr>
        <w:t>Konstantynowie Łódzkim</w:t>
      </w:r>
      <w:r w:rsidRPr="0053377C">
        <w:rPr>
          <w:rFonts w:asciiTheme="majorHAnsi" w:hAnsiTheme="majorHAnsi" w:cstheme="majorHAnsi"/>
          <w:szCs w:val="24"/>
        </w:rPr>
        <w:t xml:space="preserve"> na Facebooku, </w:t>
      </w:r>
      <w:r w:rsidR="002442C5" w:rsidRPr="0053377C">
        <w:rPr>
          <w:rFonts w:asciiTheme="majorHAnsi" w:hAnsiTheme="majorHAnsi" w:cstheme="majorHAnsi"/>
          <w:szCs w:val="24"/>
        </w:rPr>
        <w:t xml:space="preserve">stronie Ministerstwa Sportu i Turystyki </w:t>
      </w:r>
      <w:r w:rsidRPr="0053377C">
        <w:rPr>
          <w:rFonts w:asciiTheme="majorHAnsi" w:hAnsiTheme="majorHAnsi" w:cstheme="majorHAnsi"/>
          <w:szCs w:val="24"/>
        </w:rPr>
        <w:t>wyłącznie w celach informacyjnych, promocyjnych, edukacyjnych, kronikarskich i sprawozdawczych związanych z wydarzeniem oraz działalnością sportowo-rekreacyjną.</w:t>
      </w:r>
    </w:p>
    <w:p w14:paraId="6E8CB85D"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Wizerunek nie będzie wykorzystywany w celach zarobkowych ani w sposób naruszający godność lub dobre imię osoby przedstawionej. Uczestnikowi nie przysługuje wynagrodzenie z tytułu publikacji wizerunku dokonanej zgodnie z Regulaminem i udzieloną zgodą.</w:t>
      </w:r>
    </w:p>
    <w:p w14:paraId="6E8CB860" w14:textId="6A2CAE6A" w:rsidR="00AC5703"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lastRenderedPageBreak/>
        <w:t>Wzór zgody na rozpowszechnianie wizerunku stanowi załącznik nr 3 do Regulaminu. Brak zgody na indywidualną publikację wizerunku nie wyłącza możliwości udziału w zawodach.</w:t>
      </w:r>
    </w:p>
    <w:p w14:paraId="6E8CB861"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t>§ 8. Ochrona danych osobowych</w:t>
      </w:r>
    </w:p>
    <w:p w14:paraId="6E8CB862"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Administratorem danych osobowych przetwarzanych w związku z organizacją zawodów jest Centrum Sportu i Rekreacji w </w:t>
      </w:r>
      <w:r w:rsidR="002232A5" w:rsidRPr="0053377C">
        <w:rPr>
          <w:rFonts w:asciiTheme="majorHAnsi" w:hAnsiTheme="majorHAnsi" w:cstheme="majorHAnsi"/>
          <w:szCs w:val="24"/>
        </w:rPr>
        <w:t>Konstantynowie Łódzkim</w:t>
      </w:r>
      <w:r w:rsidRPr="0053377C">
        <w:rPr>
          <w:rFonts w:asciiTheme="majorHAnsi" w:hAnsiTheme="majorHAnsi" w:cstheme="majorHAnsi"/>
          <w:szCs w:val="24"/>
        </w:rPr>
        <w:t>.</w:t>
      </w:r>
    </w:p>
    <w:p w14:paraId="6E8CB863"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Dane osobowe będą przetwarzane w szczególności w celu przyjmowania zgłoszeń, organizacji startów, zapewnienia bezpieczeństwa, prowadzenia dokumentacji wydarzenia, publikacji podstawowych informacji o wynikach, obsługi zgód na wizerunek, promocji wydarzenia oraz realizacji obowiązków archiwizacyjnych i rozliczeniowych.</w:t>
      </w:r>
    </w:p>
    <w:p w14:paraId="6E8CB864" w14:textId="77777777" w:rsidR="00991C0C" w:rsidRPr="0053377C" w:rsidRDefault="00991C0C">
      <w:pPr>
        <w:spacing w:line="252" w:lineRule="auto"/>
        <w:rPr>
          <w:rFonts w:asciiTheme="majorHAnsi" w:hAnsiTheme="majorHAnsi" w:cstheme="majorHAnsi"/>
          <w:szCs w:val="24"/>
        </w:rPr>
      </w:pPr>
      <w:r w:rsidRPr="0053377C">
        <w:rPr>
          <w:rFonts w:asciiTheme="majorHAnsi" w:hAnsiTheme="majorHAnsi" w:cstheme="majorHAnsi"/>
          <w:szCs w:val="24"/>
        </w:rPr>
        <w:t>CSiR nie zbiera zaświadczeń lekarskich ani szczegółowych informacji medycznych. Formularz obejmuje wyłącznie dane niezbędne do organizacji startu, kontaktu z uczestnikiem oraz dokumentowania przebiegu wydarzenia.</w:t>
      </w:r>
    </w:p>
    <w:p w14:paraId="6E8CB865"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Klauzula informacyjna zgodna z art. 13 i 14 RODO stanowi załącznik nr 2 do Regulaminu i jest przekazywana uczestnikom, osobom organizującym wydarzenie oraz członkom komisji/jury.</w:t>
      </w:r>
    </w:p>
    <w:p w14:paraId="04080443" w14:textId="77777777" w:rsidR="00AB23DC" w:rsidRPr="0053377C" w:rsidRDefault="00AB23DC" w:rsidP="00AB23DC">
      <w:pPr>
        <w:spacing w:line="252" w:lineRule="auto"/>
        <w:rPr>
          <w:rFonts w:asciiTheme="majorHAnsi" w:hAnsiTheme="majorHAnsi" w:cstheme="majorHAnsi"/>
          <w:szCs w:val="24"/>
        </w:rPr>
      </w:pPr>
      <w:r w:rsidRPr="0053377C">
        <w:rPr>
          <w:rFonts w:asciiTheme="majorHAnsi" w:hAnsiTheme="majorHAnsi" w:cstheme="majorHAnsi"/>
          <w:szCs w:val="24"/>
        </w:rPr>
        <w:t>Dane i materiały z wydarzenia mogą zostać przekazane Ministerstwu Sportu i Turystyki oraz Urzędowi Gminy w Konstantynowie Łódzkim w zakresie niezbędnym do publikacji informacji o wydarzeniu na stronach internetowych i profilu Facebook, zgodnie z zasadami określonymi w Regulaminie i klauzuli informacyjnej.</w:t>
      </w:r>
    </w:p>
    <w:p w14:paraId="6E8CB867"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t>§ 9. Postanowienia końcowe</w:t>
      </w:r>
    </w:p>
    <w:p w14:paraId="6E8CB868"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Udział w zawodach jest równoznaczny z akceptacją Regulaminu</w:t>
      </w:r>
      <w:r w:rsidR="004B5D7F" w:rsidRPr="0053377C">
        <w:rPr>
          <w:rFonts w:asciiTheme="majorHAnsi" w:hAnsiTheme="majorHAnsi" w:cstheme="majorHAnsi"/>
          <w:szCs w:val="24"/>
        </w:rPr>
        <w:t>.</w:t>
      </w:r>
    </w:p>
    <w:p w14:paraId="6E8CB869"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Organizator zastrzega sobie prawo wprowadzenia zmian w Regulaminie z przyczyn organizacyjnych, technicznych, bezpieczeństwa albo w celu zapewnienia zgodności wydarzenia z przepisami prawa.</w:t>
      </w:r>
    </w:p>
    <w:p w14:paraId="6E8CB86A"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W sprawach nieuregulowanych Regulaminem decyzje podejmuje Organizator, z poszanowaniem przepisów prawa, zasad bezpieczeństwa oraz praw uczestników.</w:t>
      </w:r>
    </w:p>
    <w:p w14:paraId="6E8CB86B"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Regulamin obowiązuje od dnia ogłoszenia.</w:t>
      </w:r>
    </w:p>
    <w:p w14:paraId="6E8CB86C" w14:textId="77777777" w:rsidR="002705BB" w:rsidRPr="0053377C" w:rsidRDefault="002705BB">
      <w:pPr>
        <w:jc w:val="center"/>
        <w:rPr>
          <w:rFonts w:asciiTheme="majorHAnsi" w:hAnsiTheme="majorHAnsi" w:cstheme="majorHAnsi"/>
          <w:szCs w:val="24"/>
        </w:rPr>
      </w:pPr>
    </w:p>
    <w:p w14:paraId="6E8CB86D" w14:textId="77777777" w:rsidR="002705BB" w:rsidRPr="0053377C" w:rsidRDefault="001D0C05">
      <w:pPr>
        <w:rPr>
          <w:rFonts w:asciiTheme="majorHAnsi" w:hAnsiTheme="majorHAnsi" w:cstheme="majorHAnsi"/>
          <w:szCs w:val="24"/>
        </w:rPr>
      </w:pPr>
      <w:r w:rsidRPr="0053377C">
        <w:rPr>
          <w:rFonts w:asciiTheme="majorHAnsi" w:hAnsiTheme="majorHAnsi" w:cstheme="majorHAnsi"/>
          <w:szCs w:val="24"/>
        </w:rPr>
        <w:br w:type="page"/>
      </w:r>
    </w:p>
    <w:p w14:paraId="6E8CB86E"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lastRenderedPageBreak/>
        <w:t>Załącznik nr 1 – Formularz zgłoszeniowy uczestnika</w:t>
      </w:r>
    </w:p>
    <w:p w14:paraId="6E8CB86F" w14:textId="0A441121" w:rsidR="002705BB" w:rsidRPr="0053377C" w:rsidRDefault="0070137C">
      <w:pPr>
        <w:spacing w:line="252" w:lineRule="auto"/>
        <w:jc w:val="center"/>
        <w:rPr>
          <w:rFonts w:asciiTheme="majorHAnsi" w:hAnsiTheme="majorHAnsi" w:cstheme="majorHAnsi"/>
          <w:szCs w:val="24"/>
        </w:rPr>
      </w:pPr>
      <w:r w:rsidRPr="0053377C">
        <w:rPr>
          <w:rFonts w:asciiTheme="majorHAnsi" w:hAnsiTheme="majorHAnsi" w:cstheme="majorHAnsi"/>
          <w:b/>
          <w:color w:val="0B4F71"/>
          <w:szCs w:val="24"/>
        </w:rPr>
        <w:t xml:space="preserve">Aktywny Orlik – turniej </w:t>
      </w:r>
      <w:r w:rsidR="00F7049D" w:rsidRPr="0053377C">
        <w:rPr>
          <w:rFonts w:asciiTheme="majorHAnsi" w:hAnsiTheme="majorHAnsi" w:cstheme="majorHAnsi"/>
          <w:b/>
          <w:color w:val="0B4F71"/>
          <w:szCs w:val="24"/>
        </w:rPr>
        <w:t>Dzikich Drużyn</w:t>
      </w:r>
    </w:p>
    <w:p w14:paraId="6E8CB870" w14:textId="77777777" w:rsidR="002705BB" w:rsidRPr="0053377C" w:rsidRDefault="002705BB">
      <w:pPr>
        <w:spacing w:after="40"/>
        <w:rPr>
          <w:rFonts w:asciiTheme="majorHAnsi" w:hAnsiTheme="majorHAnsi" w:cstheme="majorHAnsi"/>
          <w:szCs w:val="24"/>
        </w:rPr>
      </w:pPr>
    </w:p>
    <w:p w14:paraId="6E8CB871" w14:textId="116632C6"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b/>
          <w:color w:val="0B4F71"/>
          <w:szCs w:val="24"/>
        </w:rPr>
        <w:t xml:space="preserve">Oświadczenia uczestnika </w:t>
      </w:r>
      <w:r w:rsidR="007F06F7" w:rsidRPr="0053377C">
        <w:rPr>
          <w:rFonts w:asciiTheme="majorHAnsi" w:hAnsiTheme="majorHAnsi" w:cstheme="majorHAnsi"/>
          <w:b/>
          <w:color w:val="0B4F71"/>
          <w:szCs w:val="24"/>
        </w:rPr>
        <w:t>pełnoletniego</w:t>
      </w:r>
    </w:p>
    <w:p w14:paraId="6E8CB872" w14:textId="77777777" w:rsidR="000B7360" w:rsidRPr="0053377C" w:rsidRDefault="000B7360" w:rsidP="000B7360">
      <w:pPr>
        <w:spacing w:line="252" w:lineRule="auto"/>
        <w:rPr>
          <w:rFonts w:asciiTheme="majorHAnsi" w:hAnsiTheme="majorHAnsi" w:cstheme="majorHAnsi"/>
          <w:szCs w:val="24"/>
        </w:rPr>
      </w:pPr>
      <w:r w:rsidRPr="0053377C">
        <w:rPr>
          <w:rFonts w:ascii="Segoe UI Symbol" w:hAnsi="Segoe UI Symbol" w:cs="Segoe UI Symbol"/>
          <w:szCs w:val="24"/>
        </w:rPr>
        <w:t>☐</w:t>
      </w:r>
      <w:r w:rsidRPr="0053377C">
        <w:rPr>
          <w:rFonts w:asciiTheme="majorHAnsi" w:hAnsiTheme="majorHAnsi" w:cstheme="majorHAnsi"/>
          <w:szCs w:val="24"/>
        </w:rPr>
        <w:t xml:space="preserve"> Oświadczam, że zapoznałem/</w:t>
      </w:r>
      <w:proofErr w:type="spellStart"/>
      <w:r w:rsidRPr="0053377C">
        <w:rPr>
          <w:rFonts w:asciiTheme="majorHAnsi" w:hAnsiTheme="majorHAnsi" w:cstheme="majorHAnsi"/>
          <w:szCs w:val="24"/>
        </w:rPr>
        <w:t>am</w:t>
      </w:r>
      <w:proofErr w:type="spellEnd"/>
      <w:r w:rsidRPr="0053377C">
        <w:rPr>
          <w:rFonts w:asciiTheme="majorHAnsi" w:hAnsiTheme="majorHAnsi" w:cstheme="majorHAnsi"/>
          <w:szCs w:val="24"/>
        </w:rPr>
        <w:t xml:space="preserve"> się z Regulaminem zawodów i akceptuję jego postanowienia.</w:t>
      </w:r>
    </w:p>
    <w:p w14:paraId="6E8CB873" w14:textId="77777777" w:rsidR="000B7360" w:rsidRPr="0053377C" w:rsidRDefault="000B7360" w:rsidP="000B7360">
      <w:pPr>
        <w:spacing w:line="252" w:lineRule="auto"/>
        <w:rPr>
          <w:rFonts w:asciiTheme="majorHAnsi" w:hAnsiTheme="majorHAnsi" w:cstheme="majorHAnsi"/>
          <w:szCs w:val="24"/>
        </w:rPr>
      </w:pPr>
      <w:r w:rsidRPr="0053377C">
        <w:rPr>
          <w:rFonts w:asciiTheme="majorHAnsi" w:hAnsiTheme="majorHAnsi" w:cstheme="majorHAnsi"/>
          <w:szCs w:val="24"/>
        </w:rPr>
        <w:t xml:space="preserve">☐ Oświadczam, że </w:t>
      </w:r>
      <w:r w:rsidR="00A46B51" w:rsidRPr="0053377C">
        <w:rPr>
          <w:rFonts w:asciiTheme="majorHAnsi" w:hAnsiTheme="majorHAnsi" w:cstheme="majorHAnsi"/>
          <w:szCs w:val="24"/>
        </w:rPr>
        <w:t xml:space="preserve">mój </w:t>
      </w:r>
      <w:r w:rsidRPr="0053377C">
        <w:rPr>
          <w:rFonts w:asciiTheme="majorHAnsi" w:hAnsiTheme="majorHAnsi" w:cstheme="majorHAnsi"/>
          <w:szCs w:val="24"/>
        </w:rPr>
        <w:t xml:space="preserve">stan zdrowia pozwala na bezpieczny udział w </w:t>
      </w:r>
      <w:r w:rsidR="005603EB" w:rsidRPr="0053377C">
        <w:rPr>
          <w:rFonts w:asciiTheme="majorHAnsi" w:hAnsiTheme="majorHAnsi" w:cstheme="majorHAnsi"/>
          <w:szCs w:val="24"/>
        </w:rPr>
        <w:t>turnieju</w:t>
      </w:r>
      <w:r w:rsidRPr="0053377C">
        <w:rPr>
          <w:rFonts w:asciiTheme="majorHAnsi" w:hAnsiTheme="majorHAnsi" w:cstheme="majorHAnsi"/>
          <w:szCs w:val="24"/>
        </w:rPr>
        <w:t xml:space="preserve"> oraz że </w:t>
      </w:r>
      <w:r w:rsidR="00251D59" w:rsidRPr="0053377C">
        <w:rPr>
          <w:rFonts w:asciiTheme="majorHAnsi" w:hAnsiTheme="majorHAnsi" w:cstheme="majorHAnsi"/>
          <w:szCs w:val="24"/>
        </w:rPr>
        <w:t>biorę udział</w:t>
      </w:r>
      <w:r w:rsidRPr="0053377C">
        <w:rPr>
          <w:rFonts w:asciiTheme="majorHAnsi" w:hAnsiTheme="majorHAnsi" w:cstheme="majorHAnsi"/>
          <w:szCs w:val="24"/>
        </w:rPr>
        <w:t xml:space="preserve"> dobrowolnie i powinien</w:t>
      </w:r>
      <w:r w:rsidR="00251D59" w:rsidRPr="0053377C">
        <w:rPr>
          <w:rFonts w:asciiTheme="majorHAnsi" w:hAnsiTheme="majorHAnsi" w:cstheme="majorHAnsi"/>
          <w:szCs w:val="24"/>
        </w:rPr>
        <w:t>e</w:t>
      </w:r>
      <w:r w:rsidR="00D81183" w:rsidRPr="0053377C">
        <w:rPr>
          <w:rFonts w:asciiTheme="majorHAnsi" w:hAnsiTheme="majorHAnsi" w:cstheme="majorHAnsi"/>
          <w:szCs w:val="24"/>
        </w:rPr>
        <w:t>m/</w:t>
      </w:r>
      <w:proofErr w:type="spellStart"/>
      <w:r w:rsidR="00D81183" w:rsidRPr="0053377C">
        <w:rPr>
          <w:rFonts w:asciiTheme="majorHAnsi" w:hAnsiTheme="majorHAnsi" w:cstheme="majorHAnsi"/>
          <w:szCs w:val="24"/>
        </w:rPr>
        <w:t>am</w:t>
      </w:r>
      <w:proofErr w:type="spellEnd"/>
      <w:r w:rsidRPr="0053377C">
        <w:rPr>
          <w:rFonts w:asciiTheme="majorHAnsi" w:hAnsiTheme="majorHAnsi" w:cstheme="majorHAnsi"/>
          <w:szCs w:val="24"/>
        </w:rPr>
        <w:t xml:space="preserve"> zrezygnować ze startu, jeżeli </w:t>
      </w:r>
      <w:r w:rsidR="00251D59" w:rsidRPr="0053377C">
        <w:rPr>
          <w:rFonts w:asciiTheme="majorHAnsi" w:hAnsiTheme="majorHAnsi" w:cstheme="majorHAnsi"/>
          <w:szCs w:val="24"/>
        </w:rPr>
        <w:t>moja</w:t>
      </w:r>
      <w:r w:rsidRPr="0053377C">
        <w:rPr>
          <w:rFonts w:asciiTheme="majorHAnsi" w:hAnsiTheme="majorHAnsi" w:cstheme="majorHAnsi"/>
          <w:szCs w:val="24"/>
        </w:rPr>
        <w:t xml:space="preserve"> aktualna kondycja, samopoczucie lub umiejętności nie pozwalają </w:t>
      </w:r>
      <w:r w:rsidR="00251D59" w:rsidRPr="0053377C">
        <w:rPr>
          <w:rFonts w:asciiTheme="majorHAnsi" w:hAnsiTheme="majorHAnsi" w:cstheme="majorHAnsi"/>
          <w:szCs w:val="24"/>
        </w:rPr>
        <w:t xml:space="preserve">mi </w:t>
      </w:r>
      <w:r w:rsidRPr="0053377C">
        <w:rPr>
          <w:rFonts w:asciiTheme="majorHAnsi" w:hAnsiTheme="majorHAnsi" w:cstheme="majorHAnsi"/>
          <w:szCs w:val="24"/>
        </w:rPr>
        <w:t>na bezpieczny udział.</w:t>
      </w:r>
    </w:p>
    <w:p w14:paraId="6E8CB874" w14:textId="65BE0D88" w:rsidR="000B7360" w:rsidRPr="0053377C" w:rsidRDefault="000B7360" w:rsidP="000B7360">
      <w:pPr>
        <w:spacing w:line="252" w:lineRule="auto"/>
        <w:rPr>
          <w:rFonts w:asciiTheme="majorHAnsi" w:hAnsiTheme="majorHAnsi" w:cstheme="majorHAnsi"/>
          <w:szCs w:val="24"/>
        </w:rPr>
      </w:pPr>
      <w:r w:rsidRPr="0053377C">
        <w:rPr>
          <w:rFonts w:asciiTheme="majorHAnsi" w:hAnsiTheme="majorHAnsi" w:cstheme="majorHAnsi"/>
          <w:szCs w:val="24"/>
        </w:rPr>
        <w:t>☐Deklaruję, że posiada</w:t>
      </w:r>
      <w:r w:rsidR="00251D59" w:rsidRPr="0053377C">
        <w:rPr>
          <w:rFonts w:asciiTheme="majorHAnsi" w:hAnsiTheme="majorHAnsi" w:cstheme="majorHAnsi"/>
          <w:szCs w:val="24"/>
        </w:rPr>
        <w:t>m</w:t>
      </w:r>
      <w:r w:rsidRPr="0053377C">
        <w:rPr>
          <w:rFonts w:asciiTheme="majorHAnsi" w:hAnsiTheme="majorHAnsi" w:cstheme="majorHAnsi"/>
          <w:szCs w:val="24"/>
        </w:rPr>
        <w:t xml:space="preserve"> umiejętności pozwalające na bezpieczny udział w zawodach.</w:t>
      </w:r>
      <w:r w:rsidRPr="0053377C">
        <w:rPr>
          <w:rFonts w:asciiTheme="majorHAnsi" w:hAnsiTheme="majorHAnsi" w:cstheme="majorHAnsi"/>
          <w:szCs w:val="24"/>
        </w:rPr>
        <w:br/>
        <w:t xml:space="preserve">☐ Oświadczam, że udział w zawodach odbywa się na </w:t>
      </w:r>
      <w:r w:rsidR="00251D59" w:rsidRPr="0053377C">
        <w:rPr>
          <w:rFonts w:asciiTheme="majorHAnsi" w:hAnsiTheme="majorHAnsi" w:cstheme="majorHAnsi"/>
          <w:szCs w:val="24"/>
        </w:rPr>
        <w:t xml:space="preserve">moją </w:t>
      </w:r>
      <w:r w:rsidRPr="0053377C">
        <w:rPr>
          <w:rFonts w:asciiTheme="majorHAnsi" w:hAnsiTheme="majorHAnsi" w:cstheme="majorHAnsi"/>
          <w:szCs w:val="24"/>
        </w:rPr>
        <w:t xml:space="preserve">własną odpowiedzialność oraz że </w:t>
      </w:r>
      <w:r w:rsidR="00AC5703" w:rsidRPr="0053377C">
        <w:rPr>
          <w:rFonts w:asciiTheme="majorHAnsi" w:hAnsiTheme="majorHAnsi" w:cstheme="majorHAnsi"/>
          <w:szCs w:val="24"/>
        </w:rPr>
        <w:t xml:space="preserve">posiadam wiedzę, że </w:t>
      </w:r>
      <w:r w:rsidRPr="0053377C">
        <w:rPr>
          <w:rFonts w:asciiTheme="majorHAnsi" w:hAnsiTheme="majorHAnsi" w:cstheme="majorHAnsi"/>
          <w:szCs w:val="24"/>
        </w:rPr>
        <w:t>Organizator nie zapewnia ubezpieczenia NNW.</w:t>
      </w:r>
    </w:p>
    <w:p w14:paraId="6E8CB875" w14:textId="77777777" w:rsidR="000B7360" w:rsidRPr="0053377C" w:rsidRDefault="000B7360" w:rsidP="000B7360">
      <w:pPr>
        <w:spacing w:line="252" w:lineRule="auto"/>
        <w:rPr>
          <w:rFonts w:asciiTheme="majorHAnsi" w:hAnsiTheme="majorHAnsi" w:cstheme="majorHAnsi"/>
          <w:szCs w:val="24"/>
        </w:rPr>
      </w:pPr>
      <w:r w:rsidRPr="0053377C">
        <w:rPr>
          <w:rFonts w:asciiTheme="majorHAnsi" w:hAnsiTheme="majorHAnsi" w:cstheme="majorHAnsi"/>
          <w:szCs w:val="24"/>
        </w:rPr>
        <w:t>☐ Potwierdzam otrzymanie klauzuli informacyjnej CSiR zgodnej z art. 13 i 14 RODO.</w:t>
      </w:r>
    </w:p>
    <w:p w14:paraId="6E8CB876" w14:textId="77777777" w:rsidR="000B7360" w:rsidRPr="0053377C" w:rsidRDefault="000B7360">
      <w:pPr>
        <w:spacing w:line="252" w:lineRule="auto"/>
        <w:rPr>
          <w:rFonts w:asciiTheme="majorHAnsi" w:hAnsiTheme="majorHAnsi" w:cstheme="majorHAnsi"/>
          <w:szCs w:val="24"/>
        </w:rPr>
      </w:pPr>
    </w:p>
    <w:tbl>
      <w:tblPr>
        <w:tblStyle w:val="Tabela-Siatka"/>
        <w:tblW w:w="0" w:type="auto"/>
        <w:jc w:val="center"/>
        <w:tblLook w:val="04A0" w:firstRow="1" w:lastRow="0" w:firstColumn="1" w:lastColumn="0" w:noHBand="0" w:noVBand="1"/>
      </w:tblPr>
      <w:tblGrid>
        <w:gridCol w:w="2835"/>
        <w:gridCol w:w="6900"/>
      </w:tblGrid>
      <w:tr w:rsidR="002705BB" w:rsidRPr="0053377C" w14:paraId="6E8CB879" w14:textId="77777777">
        <w:trPr>
          <w:jc w:val="center"/>
        </w:trPr>
        <w:tc>
          <w:tcPr>
            <w:tcW w:w="2835" w:type="dxa"/>
            <w:shd w:val="clear" w:color="auto" w:fill="1B75BB"/>
            <w:vAlign w:val="center"/>
          </w:tcPr>
          <w:p w14:paraId="6E8CB877" w14:textId="77777777" w:rsidR="002705BB" w:rsidRPr="0053377C" w:rsidRDefault="001D0C05">
            <w:pPr>
              <w:spacing w:after="0"/>
              <w:jc w:val="center"/>
              <w:rPr>
                <w:rFonts w:asciiTheme="majorHAnsi" w:hAnsiTheme="majorHAnsi" w:cstheme="majorHAnsi"/>
                <w:szCs w:val="24"/>
              </w:rPr>
            </w:pPr>
            <w:r w:rsidRPr="0053377C">
              <w:rPr>
                <w:rFonts w:asciiTheme="majorHAnsi" w:hAnsiTheme="majorHAnsi" w:cstheme="majorHAnsi"/>
                <w:b/>
                <w:color w:val="FFFFFF"/>
                <w:szCs w:val="24"/>
              </w:rPr>
              <w:t>Data</w:t>
            </w:r>
          </w:p>
        </w:tc>
        <w:tc>
          <w:tcPr>
            <w:tcW w:w="5669" w:type="dxa"/>
            <w:shd w:val="clear" w:color="auto" w:fill="1B75BB"/>
            <w:vAlign w:val="center"/>
          </w:tcPr>
          <w:p w14:paraId="6E8CB878" w14:textId="77777777" w:rsidR="002705BB" w:rsidRPr="0053377C" w:rsidRDefault="001D0C05">
            <w:pPr>
              <w:spacing w:after="0"/>
              <w:jc w:val="center"/>
              <w:rPr>
                <w:rFonts w:asciiTheme="majorHAnsi" w:hAnsiTheme="majorHAnsi" w:cstheme="majorHAnsi"/>
                <w:szCs w:val="24"/>
              </w:rPr>
            </w:pPr>
            <w:r w:rsidRPr="0053377C">
              <w:rPr>
                <w:rFonts w:asciiTheme="majorHAnsi" w:hAnsiTheme="majorHAnsi" w:cstheme="majorHAnsi"/>
                <w:b/>
                <w:color w:val="FFFFFF"/>
                <w:szCs w:val="24"/>
              </w:rPr>
              <w:t xml:space="preserve">Czytelny podpis uczestnika </w:t>
            </w:r>
          </w:p>
        </w:tc>
      </w:tr>
      <w:tr w:rsidR="002705BB" w:rsidRPr="0053377C" w14:paraId="6E8CB87C" w14:textId="77777777">
        <w:trPr>
          <w:jc w:val="center"/>
        </w:trPr>
        <w:tc>
          <w:tcPr>
            <w:tcW w:w="2835" w:type="dxa"/>
            <w:vAlign w:val="center"/>
          </w:tcPr>
          <w:p w14:paraId="6E8CB87A" w14:textId="77777777" w:rsidR="002705BB" w:rsidRPr="0053377C" w:rsidRDefault="001D0C05">
            <w:pPr>
              <w:spacing w:after="0"/>
              <w:jc w:val="left"/>
              <w:rPr>
                <w:rFonts w:asciiTheme="majorHAnsi" w:hAnsiTheme="majorHAnsi" w:cstheme="majorHAnsi"/>
                <w:szCs w:val="24"/>
              </w:rPr>
            </w:pPr>
            <w:r w:rsidRPr="0053377C">
              <w:rPr>
                <w:rFonts w:asciiTheme="majorHAnsi" w:hAnsiTheme="majorHAnsi" w:cstheme="majorHAnsi"/>
                <w:szCs w:val="24"/>
              </w:rPr>
              <w:t>……………………………………</w:t>
            </w:r>
          </w:p>
        </w:tc>
        <w:tc>
          <w:tcPr>
            <w:tcW w:w="5669" w:type="dxa"/>
            <w:vAlign w:val="center"/>
          </w:tcPr>
          <w:p w14:paraId="6E8CB87B" w14:textId="77777777" w:rsidR="002705BB" w:rsidRPr="0053377C" w:rsidRDefault="001D0C05">
            <w:pPr>
              <w:spacing w:after="0"/>
              <w:jc w:val="left"/>
              <w:rPr>
                <w:rFonts w:asciiTheme="majorHAnsi" w:hAnsiTheme="majorHAnsi" w:cstheme="majorHAnsi"/>
                <w:szCs w:val="24"/>
              </w:rPr>
            </w:pPr>
            <w:r w:rsidRPr="0053377C">
              <w:rPr>
                <w:rFonts w:asciiTheme="majorHAnsi" w:hAnsiTheme="majorHAnsi" w:cstheme="majorHAnsi"/>
                <w:szCs w:val="24"/>
              </w:rPr>
              <w:t>……………………………………………………………………………………………………………………</w:t>
            </w:r>
          </w:p>
        </w:tc>
      </w:tr>
    </w:tbl>
    <w:p w14:paraId="6E8CB87D" w14:textId="77777777" w:rsidR="002705BB" w:rsidRPr="0053377C" w:rsidRDefault="002705BB">
      <w:pPr>
        <w:spacing w:after="40"/>
        <w:rPr>
          <w:rFonts w:asciiTheme="majorHAnsi" w:hAnsiTheme="majorHAnsi" w:cstheme="majorHAnsi"/>
          <w:szCs w:val="24"/>
        </w:rPr>
      </w:pPr>
    </w:p>
    <w:p w14:paraId="4CC36912" w14:textId="77777777" w:rsidR="007F06F7" w:rsidRPr="0053377C" w:rsidRDefault="007F06F7" w:rsidP="007F06F7">
      <w:pPr>
        <w:rPr>
          <w:rFonts w:asciiTheme="majorHAnsi" w:hAnsiTheme="majorHAnsi" w:cstheme="majorHAnsi"/>
          <w:szCs w:val="24"/>
        </w:rPr>
      </w:pPr>
      <w:r w:rsidRPr="0053377C">
        <w:rPr>
          <w:rFonts w:asciiTheme="majorHAnsi" w:hAnsiTheme="majorHAnsi" w:cstheme="majorHAnsi"/>
          <w:b/>
          <w:color w:val="0B4F71"/>
          <w:szCs w:val="24"/>
        </w:rPr>
        <w:t>Oświadczenia rodzica/opiekuna prawnego osoby niepełnoletniej:</w:t>
      </w:r>
    </w:p>
    <w:p w14:paraId="7FA2B6B2" w14:textId="204CED92" w:rsidR="007F06F7" w:rsidRPr="0053377C" w:rsidRDefault="007F06F7" w:rsidP="007F06F7">
      <w:pPr>
        <w:spacing w:line="252" w:lineRule="auto"/>
        <w:rPr>
          <w:rFonts w:asciiTheme="majorHAnsi" w:hAnsiTheme="majorHAnsi" w:cstheme="majorHAnsi"/>
          <w:szCs w:val="24"/>
        </w:rPr>
      </w:pPr>
      <w:r w:rsidRPr="0053377C">
        <w:rPr>
          <w:rFonts w:ascii="Segoe UI Symbol" w:hAnsi="Segoe UI Symbol" w:cs="Segoe UI Symbol"/>
          <w:szCs w:val="24"/>
        </w:rPr>
        <w:t>☐</w:t>
      </w:r>
      <w:r w:rsidRPr="0053377C">
        <w:rPr>
          <w:rFonts w:asciiTheme="majorHAnsi" w:hAnsiTheme="majorHAnsi" w:cstheme="majorHAnsi"/>
          <w:szCs w:val="24"/>
        </w:rPr>
        <w:t xml:space="preserve"> Dotyczy osoby niepełnoletniej: jako rodzic/opiekun prawny wyrażam zgodę na udział dziecka w zawodach w dniu </w:t>
      </w:r>
      <w:r w:rsidR="00350FF5" w:rsidRPr="0053377C">
        <w:rPr>
          <w:rFonts w:asciiTheme="majorHAnsi" w:hAnsiTheme="majorHAnsi" w:cstheme="majorHAnsi"/>
          <w:szCs w:val="24"/>
        </w:rPr>
        <w:t>12 września</w:t>
      </w:r>
      <w:r w:rsidRPr="0053377C">
        <w:rPr>
          <w:rFonts w:asciiTheme="majorHAnsi" w:hAnsiTheme="majorHAnsi" w:cstheme="majorHAnsi"/>
          <w:szCs w:val="24"/>
        </w:rPr>
        <w:t xml:space="preserve"> 2026 r.</w:t>
      </w:r>
    </w:p>
    <w:p w14:paraId="2047BEBB" w14:textId="77777777" w:rsidR="007F06F7" w:rsidRPr="0053377C" w:rsidRDefault="007F06F7" w:rsidP="007F06F7">
      <w:pPr>
        <w:spacing w:line="252" w:lineRule="auto"/>
        <w:rPr>
          <w:rFonts w:asciiTheme="majorHAnsi" w:hAnsiTheme="majorHAnsi" w:cstheme="majorHAnsi"/>
          <w:szCs w:val="24"/>
        </w:rPr>
      </w:pPr>
      <w:r w:rsidRPr="0053377C">
        <w:rPr>
          <w:rFonts w:ascii="Segoe UI Symbol" w:hAnsi="Segoe UI Symbol" w:cs="Segoe UI Symbol"/>
          <w:szCs w:val="24"/>
        </w:rPr>
        <w:t>☐</w:t>
      </w:r>
      <w:r w:rsidRPr="0053377C">
        <w:rPr>
          <w:rFonts w:asciiTheme="majorHAnsi" w:hAnsiTheme="majorHAnsi" w:cstheme="majorHAnsi"/>
          <w:szCs w:val="24"/>
        </w:rPr>
        <w:t xml:space="preserve"> Oświadczam, że zapoznałem/</w:t>
      </w:r>
      <w:proofErr w:type="spellStart"/>
      <w:r w:rsidRPr="0053377C">
        <w:rPr>
          <w:rFonts w:asciiTheme="majorHAnsi" w:hAnsiTheme="majorHAnsi" w:cstheme="majorHAnsi"/>
          <w:szCs w:val="24"/>
        </w:rPr>
        <w:t>am</w:t>
      </w:r>
      <w:proofErr w:type="spellEnd"/>
      <w:r w:rsidRPr="0053377C">
        <w:rPr>
          <w:rFonts w:asciiTheme="majorHAnsi" w:hAnsiTheme="majorHAnsi" w:cstheme="majorHAnsi"/>
          <w:szCs w:val="24"/>
        </w:rPr>
        <w:t xml:space="preserve"> się z Regulaminem zawodów i akceptuję jego postanowienia.</w:t>
      </w:r>
    </w:p>
    <w:p w14:paraId="7B6CCD58" w14:textId="77777777" w:rsidR="007F06F7" w:rsidRPr="0053377C" w:rsidRDefault="007F06F7" w:rsidP="007F06F7">
      <w:pPr>
        <w:spacing w:line="252" w:lineRule="auto"/>
        <w:rPr>
          <w:rFonts w:asciiTheme="majorHAnsi" w:hAnsiTheme="majorHAnsi" w:cstheme="majorHAnsi"/>
          <w:szCs w:val="24"/>
        </w:rPr>
      </w:pPr>
      <w:r w:rsidRPr="0053377C">
        <w:rPr>
          <w:rFonts w:asciiTheme="majorHAnsi" w:hAnsiTheme="majorHAnsi" w:cstheme="majorHAnsi"/>
          <w:szCs w:val="24"/>
        </w:rPr>
        <w:t>☐ Oświadczam, że stan zdrowia mojego podopiecznego pozwala na bezpieczny udział w zawodach oraz że uczestnik bierze udział dobrowolnie i powinien zrezygnować ze startu, jeżeli jego aktualna kondycja, samopoczucie lub umiejętności nie pozwalają na bezpieczny udział.</w:t>
      </w:r>
    </w:p>
    <w:p w14:paraId="180E98C4" w14:textId="77777777" w:rsidR="007F06F7" w:rsidRPr="0053377C" w:rsidRDefault="007F06F7" w:rsidP="007F06F7">
      <w:pPr>
        <w:spacing w:line="252" w:lineRule="auto"/>
        <w:rPr>
          <w:rFonts w:asciiTheme="majorHAnsi" w:hAnsiTheme="majorHAnsi" w:cstheme="majorHAnsi"/>
          <w:szCs w:val="24"/>
        </w:rPr>
      </w:pPr>
      <w:r w:rsidRPr="0053377C">
        <w:rPr>
          <w:rFonts w:asciiTheme="majorHAnsi" w:hAnsiTheme="majorHAnsi" w:cstheme="majorHAnsi"/>
          <w:szCs w:val="24"/>
        </w:rPr>
        <w:t>☐ Oświadczam, że udział w zawodach odbywa się na odpowiedzialność rodzica/opiekuna prawnego) oraz że Organizator nie zapewnia ubezpieczenia NNW.</w:t>
      </w:r>
    </w:p>
    <w:p w14:paraId="03074AFC" w14:textId="77777777" w:rsidR="007F06F7" w:rsidRPr="0053377C" w:rsidRDefault="007F06F7" w:rsidP="007F06F7">
      <w:pPr>
        <w:spacing w:line="252" w:lineRule="auto"/>
        <w:rPr>
          <w:rFonts w:asciiTheme="majorHAnsi" w:hAnsiTheme="majorHAnsi" w:cstheme="majorHAnsi"/>
          <w:szCs w:val="24"/>
        </w:rPr>
      </w:pPr>
      <w:r w:rsidRPr="0053377C">
        <w:rPr>
          <w:rFonts w:asciiTheme="majorHAnsi" w:hAnsiTheme="majorHAnsi" w:cstheme="majorHAnsi"/>
          <w:szCs w:val="24"/>
        </w:rPr>
        <w:t>☐ Potwierdzam otrzymanie klauzuli informacyjnej CSiR zgodnej z art. 13 i 14 RODO.</w:t>
      </w:r>
    </w:p>
    <w:p w14:paraId="6B077530" w14:textId="77777777" w:rsidR="007F06F7" w:rsidRPr="0053377C" w:rsidRDefault="007F06F7" w:rsidP="007F06F7">
      <w:pPr>
        <w:spacing w:line="252" w:lineRule="auto"/>
        <w:rPr>
          <w:rFonts w:asciiTheme="majorHAnsi" w:hAnsiTheme="majorHAnsi" w:cstheme="majorHAnsi"/>
          <w:szCs w:val="24"/>
        </w:rPr>
      </w:pPr>
    </w:p>
    <w:tbl>
      <w:tblPr>
        <w:tblStyle w:val="Tabela-Siatka"/>
        <w:tblW w:w="0" w:type="auto"/>
        <w:jc w:val="center"/>
        <w:tblLook w:val="04A0" w:firstRow="1" w:lastRow="0" w:firstColumn="1" w:lastColumn="0" w:noHBand="0" w:noVBand="1"/>
      </w:tblPr>
      <w:tblGrid>
        <w:gridCol w:w="2835"/>
        <w:gridCol w:w="6900"/>
      </w:tblGrid>
      <w:tr w:rsidR="007F06F7" w:rsidRPr="0053377C" w14:paraId="227EE679" w14:textId="77777777" w:rsidTr="007C4A88">
        <w:trPr>
          <w:jc w:val="center"/>
        </w:trPr>
        <w:tc>
          <w:tcPr>
            <w:tcW w:w="2835" w:type="dxa"/>
            <w:shd w:val="clear" w:color="auto" w:fill="1B75BB"/>
            <w:vAlign w:val="center"/>
          </w:tcPr>
          <w:p w14:paraId="1827A2E8" w14:textId="77777777" w:rsidR="007F06F7" w:rsidRPr="0053377C" w:rsidRDefault="007F06F7" w:rsidP="007C4A88">
            <w:pPr>
              <w:spacing w:after="0"/>
              <w:jc w:val="center"/>
              <w:rPr>
                <w:rFonts w:asciiTheme="majorHAnsi" w:hAnsiTheme="majorHAnsi" w:cstheme="majorHAnsi"/>
                <w:szCs w:val="24"/>
              </w:rPr>
            </w:pPr>
            <w:r w:rsidRPr="0053377C">
              <w:rPr>
                <w:rFonts w:asciiTheme="majorHAnsi" w:hAnsiTheme="majorHAnsi" w:cstheme="majorHAnsi"/>
                <w:b/>
                <w:color w:val="FFFFFF"/>
                <w:szCs w:val="24"/>
              </w:rPr>
              <w:t>Data</w:t>
            </w:r>
          </w:p>
        </w:tc>
        <w:tc>
          <w:tcPr>
            <w:tcW w:w="5669" w:type="dxa"/>
            <w:shd w:val="clear" w:color="auto" w:fill="1B75BB"/>
            <w:vAlign w:val="center"/>
          </w:tcPr>
          <w:p w14:paraId="43A16A7C" w14:textId="77777777" w:rsidR="007F06F7" w:rsidRPr="0053377C" w:rsidRDefault="007F06F7" w:rsidP="007C4A88">
            <w:pPr>
              <w:spacing w:after="0"/>
              <w:jc w:val="center"/>
              <w:rPr>
                <w:rFonts w:asciiTheme="majorHAnsi" w:hAnsiTheme="majorHAnsi" w:cstheme="majorHAnsi"/>
                <w:szCs w:val="24"/>
              </w:rPr>
            </w:pPr>
            <w:r w:rsidRPr="0053377C">
              <w:rPr>
                <w:rFonts w:asciiTheme="majorHAnsi" w:hAnsiTheme="majorHAnsi" w:cstheme="majorHAnsi"/>
                <w:b/>
                <w:color w:val="FFFFFF"/>
                <w:szCs w:val="24"/>
              </w:rPr>
              <w:t xml:space="preserve">Czytelny podpis uczestnika </w:t>
            </w:r>
          </w:p>
        </w:tc>
      </w:tr>
      <w:tr w:rsidR="007F06F7" w:rsidRPr="0053377C" w14:paraId="1382BC01" w14:textId="77777777" w:rsidTr="007C4A88">
        <w:trPr>
          <w:jc w:val="center"/>
        </w:trPr>
        <w:tc>
          <w:tcPr>
            <w:tcW w:w="2835" w:type="dxa"/>
            <w:vAlign w:val="center"/>
          </w:tcPr>
          <w:p w14:paraId="795C781C" w14:textId="77777777" w:rsidR="007F06F7" w:rsidRPr="0053377C" w:rsidRDefault="007F06F7" w:rsidP="007C4A88">
            <w:pPr>
              <w:spacing w:after="0"/>
              <w:jc w:val="left"/>
              <w:rPr>
                <w:rFonts w:asciiTheme="majorHAnsi" w:hAnsiTheme="majorHAnsi" w:cstheme="majorHAnsi"/>
                <w:szCs w:val="24"/>
              </w:rPr>
            </w:pPr>
            <w:r w:rsidRPr="0053377C">
              <w:rPr>
                <w:rFonts w:asciiTheme="majorHAnsi" w:hAnsiTheme="majorHAnsi" w:cstheme="majorHAnsi"/>
                <w:szCs w:val="24"/>
              </w:rPr>
              <w:t>……………………………………</w:t>
            </w:r>
          </w:p>
        </w:tc>
        <w:tc>
          <w:tcPr>
            <w:tcW w:w="5669" w:type="dxa"/>
            <w:vAlign w:val="center"/>
          </w:tcPr>
          <w:p w14:paraId="6B78C74D" w14:textId="77777777" w:rsidR="007F06F7" w:rsidRPr="0053377C" w:rsidRDefault="007F06F7" w:rsidP="007C4A88">
            <w:pPr>
              <w:spacing w:after="0"/>
              <w:jc w:val="left"/>
              <w:rPr>
                <w:rFonts w:asciiTheme="majorHAnsi" w:hAnsiTheme="majorHAnsi" w:cstheme="majorHAnsi"/>
                <w:szCs w:val="24"/>
              </w:rPr>
            </w:pPr>
            <w:r w:rsidRPr="0053377C">
              <w:rPr>
                <w:rFonts w:asciiTheme="majorHAnsi" w:hAnsiTheme="majorHAnsi" w:cstheme="majorHAnsi"/>
                <w:szCs w:val="24"/>
              </w:rPr>
              <w:t>……………………………………………………………………………………………………………………</w:t>
            </w:r>
          </w:p>
        </w:tc>
      </w:tr>
    </w:tbl>
    <w:p w14:paraId="19731C8D" w14:textId="77777777" w:rsidR="007F06F7" w:rsidRPr="0053377C" w:rsidRDefault="007F06F7" w:rsidP="007F06F7">
      <w:pPr>
        <w:spacing w:after="40"/>
        <w:rPr>
          <w:rFonts w:asciiTheme="majorHAnsi" w:hAnsiTheme="majorHAnsi" w:cstheme="majorHAnsi"/>
          <w:szCs w:val="24"/>
        </w:rPr>
      </w:pPr>
    </w:p>
    <w:p w14:paraId="701B0AD0" w14:textId="77777777" w:rsidR="007F06F7" w:rsidRPr="0053377C" w:rsidRDefault="007F06F7" w:rsidP="007F06F7">
      <w:pPr>
        <w:rPr>
          <w:rFonts w:asciiTheme="majorHAnsi" w:hAnsiTheme="majorHAnsi" w:cstheme="majorHAnsi"/>
          <w:szCs w:val="24"/>
        </w:rPr>
      </w:pPr>
      <w:r w:rsidRPr="0053377C">
        <w:rPr>
          <w:rFonts w:asciiTheme="majorHAnsi" w:hAnsiTheme="majorHAnsi" w:cstheme="majorHAnsi"/>
          <w:szCs w:val="24"/>
        </w:rPr>
        <w:br w:type="page"/>
      </w:r>
    </w:p>
    <w:p w14:paraId="32FF607F" w14:textId="77777777" w:rsidR="007F06F7" w:rsidRPr="0053377C" w:rsidRDefault="007F06F7" w:rsidP="007F06F7">
      <w:pPr>
        <w:spacing w:line="252" w:lineRule="auto"/>
        <w:rPr>
          <w:rFonts w:asciiTheme="majorHAnsi" w:hAnsiTheme="majorHAnsi" w:cstheme="majorHAnsi"/>
          <w:szCs w:val="24"/>
        </w:rPr>
      </w:pPr>
    </w:p>
    <w:p w14:paraId="6E8CB87F"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t>Załącznik nr 2 – Klauzula informacyjna CSiR zgodna z art. 13 i 14 RODO</w:t>
      </w:r>
    </w:p>
    <w:p w14:paraId="6E8CB880"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Wypełniając obowiązek informacyjny wynikający z art. 13 i 14 rozporządzenia Parlamentu Europejskiego i Rady (UE) nr 2016/679 z 27.04.2016 r. w sprawie ochrony osób fizycznych w związku z przetwarzaniem danych osobowych i w sprawie swobodnego przepływu takich danych oraz uchylenia dyrektywy 95/46/WE (ogólne rozporządzenie o ochronie danych) (</w:t>
      </w:r>
      <w:proofErr w:type="spellStart"/>
      <w:r w:rsidRPr="0053377C">
        <w:rPr>
          <w:rFonts w:asciiTheme="majorHAnsi" w:hAnsiTheme="majorHAnsi" w:cstheme="majorHAnsi"/>
          <w:szCs w:val="24"/>
        </w:rPr>
        <w:t>Dz.Urz</w:t>
      </w:r>
      <w:proofErr w:type="spellEnd"/>
      <w:r w:rsidRPr="0053377C">
        <w:rPr>
          <w:rFonts w:asciiTheme="majorHAnsi" w:hAnsiTheme="majorHAnsi" w:cstheme="majorHAnsi"/>
          <w:szCs w:val="24"/>
        </w:rPr>
        <w:t>. UE. L. z 2016 r. Nr 119, s. 1, ze zm.) – dalej RODO, informujemy że:</w:t>
      </w:r>
    </w:p>
    <w:p w14:paraId="6E8CB881"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1. Administrator danych osobowych</w:t>
      </w:r>
    </w:p>
    <w:p w14:paraId="6E8CB882"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Administratorem danych osobowych jest </w:t>
      </w:r>
      <w:r w:rsidR="002232A5" w:rsidRPr="0053377C">
        <w:rPr>
          <w:rFonts w:asciiTheme="majorHAnsi" w:hAnsiTheme="majorHAnsi" w:cstheme="majorHAnsi"/>
          <w:szCs w:val="24"/>
        </w:rPr>
        <w:t>Centrum Sportu i Rekreacji w Konstantynowie Łódzkim, ul. Kilińskiego 75a, 95-050 Konstantynów Łódzki, e-mail: biuro@csir.konstantynow.pl, tel. 42 211 11 73</w:t>
      </w:r>
    </w:p>
    <w:p w14:paraId="6E8CB883"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2. Inspektor ochrony danych</w:t>
      </w:r>
    </w:p>
    <w:p w14:paraId="6E8CB884"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Administrator wyznaczył inspektora ochrony danych, z którym można skontaktować się pod adresem e-mail:</w:t>
      </w:r>
      <w:r w:rsidR="00423525" w:rsidRPr="0053377C">
        <w:rPr>
          <w:rFonts w:asciiTheme="majorHAnsi" w:hAnsiTheme="majorHAnsi" w:cstheme="majorHAnsi"/>
          <w:szCs w:val="24"/>
        </w:rPr>
        <w:t xml:space="preserve"> </w:t>
      </w:r>
      <w:hyperlink r:id="rId8" w:history="1">
        <w:r w:rsidR="001D35C1" w:rsidRPr="0053377C">
          <w:rPr>
            <w:rStyle w:val="Hipercze"/>
            <w:rFonts w:asciiTheme="majorHAnsi" w:hAnsiTheme="majorHAnsi" w:cstheme="majorHAnsi"/>
            <w:szCs w:val="24"/>
          </w:rPr>
          <w:t>iod@csir.konstantynow.pl</w:t>
        </w:r>
      </w:hyperlink>
      <w:r w:rsidR="001D35C1" w:rsidRPr="0053377C">
        <w:rPr>
          <w:rFonts w:asciiTheme="majorHAnsi" w:hAnsiTheme="majorHAnsi" w:cstheme="majorHAnsi"/>
          <w:szCs w:val="24"/>
        </w:rPr>
        <w:t xml:space="preserve"> </w:t>
      </w:r>
      <w:r w:rsidRPr="0053377C">
        <w:rPr>
          <w:rFonts w:asciiTheme="majorHAnsi" w:hAnsiTheme="majorHAnsi" w:cstheme="majorHAnsi"/>
          <w:szCs w:val="24"/>
        </w:rPr>
        <w:t>lub pisemnie na adres siedziby Administratora z dopiskiem „Inspektor ochrony danych”.</w:t>
      </w:r>
    </w:p>
    <w:p w14:paraId="6E8CB885"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3. Cele i podstawy przetwarzania danych osobowych</w:t>
      </w:r>
    </w:p>
    <w:p w14:paraId="6E8CB886"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Dane osobowe będą przetwarzane: 1) w celu przyjmowania zgłoszeń, organizacji startów, obsługi uczestników, prowadzenia list startowych, pomiaru czasu, ogłoszenia podstawowych wyników, powołania osób organizujących wydarzenie oraz komisji/jury – na podstawie art. 6 ust. 1 lit. e RODO, tj. gdy przetwarzanie jest niezbędne do wykonania zadania realizowanego w interesie publicznym lub w ramach sprawowania władzy publicznej powierzonej Administratorowi, w związku z realizacją zadań z zakresu kultury fizycznej, terenów rekreacyjnych i urządzeń sportowych, o których mowa w art. 7 ust. 1 pkt 10 ustawy o samorządzie gminnym, oraz z uwzględnieniem art. 2 ustawy o sporcie; 2) w celu wykonania obowiązków dokumentacyjnych, rachunkowych, sprawozdawczych i archiwizacyjnych – na podstawie art. 6 ust. 1 lit. c RODO, tj. gdy przetwarzanie jest niezbędne do wypełnienia obowiązku prawnego ciążącego na Administratorze; 3) w celu indywidualnego rozpowszechniania wizerunku, jeżeli dana osoba nie stanowi jedynie szczegółu całości, oraz obsługi udzielonej zgody – na podstawie art. 6 ust. 1 lit. a RODO, tj. gdy osoba, której dane dotyczą, wyraziła zgodę na przetwarzanie swoich danych osobowych w jednym lub większej liczbie określonych celów; 4) w celu ustalenia, dochodzenia lub obrony roszczeń oraz ochrony praw Administratora – w niezbędnym zakresie na podstawie art. 6 ust. 1 lit. f RODO, tj. gdy 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w:t>
      </w:r>
    </w:p>
    <w:p w14:paraId="6E8CB887"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4. Kategorie danych osobowych</w:t>
      </w:r>
    </w:p>
    <w:p w14:paraId="6E8CB888"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Przetwarzane mogą być następujące kategorie danych: imię i nazwisko, data urodzenia lub wiek, kategoria startowa, wybrana konkurencja, dane kontaktowe uczestnika pełnoletniego albo rodzica/opiekuna, informacja o zgodzie rodzica/opiekuna na udział dziecka, wynik lub miejsce w symbolicznej klasyfikacji, podpis, wizerunek utrwalony na zdjęciach lub nagraniach, a w przypadku osób </w:t>
      </w:r>
      <w:r w:rsidRPr="0053377C">
        <w:rPr>
          <w:rFonts w:asciiTheme="majorHAnsi" w:hAnsiTheme="majorHAnsi" w:cstheme="majorHAnsi"/>
          <w:szCs w:val="24"/>
        </w:rPr>
        <w:lastRenderedPageBreak/>
        <w:t>organizujących wydarzenie i członków komisji/jury także funkcja pełniona podczas wydarzenia, służbowe dane kontaktowe oraz potwierdzenie udziału.</w:t>
      </w:r>
    </w:p>
    <w:p w14:paraId="6E8CB889"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5. Prawnie uzasadniony interes realizowany przez administratora</w:t>
      </w:r>
    </w:p>
    <w:p w14:paraId="6E8CB88A"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Prawnie uzasadniony interes, o ile ma zastosowanie, polega na zapewnieniu możliwości ustalenia, dochodzenia lub obrony roszczeń, ochronie praw Administratora, dokumentowaniu przebiegu wydarzenia oraz zapewnieniu wewnętrznej organizacji pracy osób obsługujących wydarzenie. Podstawa ta nie zastępuje zgody tam, gdzie zgoda jest wymagana do indywidualnego rozpowszechniania wizerunku.</w:t>
      </w:r>
    </w:p>
    <w:p w14:paraId="6E8CB88B"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6. Odbiorcy danych osobowych</w:t>
      </w:r>
    </w:p>
    <w:p w14:paraId="6E8CB88C"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Odbiorcami danych mogą być: Urząd Gminy w </w:t>
      </w:r>
      <w:r w:rsidR="00CF3674" w:rsidRPr="0053377C">
        <w:rPr>
          <w:rFonts w:asciiTheme="majorHAnsi" w:hAnsiTheme="majorHAnsi" w:cstheme="majorHAnsi"/>
          <w:szCs w:val="24"/>
        </w:rPr>
        <w:t>Konstantynowie Łódzkim</w:t>
      </w:r>
      <w:r w:rsidRPr="0053377C">
        <w:rPr>
          <w:rFonts w:asciiTheme="majorHAnsi" w:hAnsiTheme="majorHAnsi" w:cstheme="majorHAnsi"/>
          <w:szCs w:val="24"/>
        </w:rPr>
        <w:t xml:space="preserve"> w zakresie publikacji informacji o wydarzeniu na stronie internetowej i profilu Facebook Urzędu Gminy, podmioty obsługujące stronę internetową, pocztę elektroniczną, systemy informatyczne, usługi fotograficzne lub promocyjne, podmioty świadczące obsługę prawną, księgową, archiwizacyjną lub pocztową, a także organy publiczne i inne podmioty uprawnione do uzyskania danych na podstawie przepisów prawa. W przypadku publikacji na Facebooku odbiorcą danych może być również dostawca tego serwisu.</w:t>
      </w:r>
    </w:p>
    <w:p w14:paraId="6E8CB88D"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7. Przekazywanie danych do państw trzecich lub organizacji międzynarodowych</w:t>
      </w:r>
    </w:p>
    <w:p w14:paraId="6E8CB88E"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Co do zasady Administrator nie planuje przekazywania danych poza Europejski Obszar Gospodarczy. Wyjątek może dotyczyć publikacji lub korzystania z profili w serwisie Facebook oraz narzędzi dostawców internetowych, co może wiązać się z przetwarzaniem danych przez dostawców technologicznych poza EOG, w szczególności w USA. W takim przypadku przekazywanie danych może odbywać się na podstawie decyzji stwierdzającej odpowiedni stopień ochrony, w tym EU–U.S. Data </w:t>
      </w:r>
      <w:proofErr w:type="spellStart"/>
      <w:r w:rsidRPr="0053377C">
        <w:rPr>
          <w:rFonts w:asciiTheme="majorHAnsi" w:hAnsiTheme="majorHAnsi" w:cstheme="majorHAnsi"/>
          <w:szCs w:val="24"/>
        </w:rPr>
        <w:t>Privacy</w:t>
      </w:r>
      <w:proofErr w:type="spellEnd"/>
      <w:r w:rsidRPr="0053377C">
        <w:rPr>
          <w:rFonts w:asciiTheme="majorHAnsi" w:hAnsiTheme="majorHAnsi" w:cstheme="majorHAnsi"/>
          <w:szCs w:val="24"/>
        </w:rPr>
        <w:t xml:space="preserve"> Framework, albo na podstawie odpowiednich zabezpieczeń, w szczególności standardowych klauzul umownych, jeżeli będą wymagane.</w:t>
      </w:r>
    </w:p>
    <w:p w14:paraId="6E8CB88F"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8. Okres przechowywania danych osobowych</w:t>
      </w:r>
    </w:p>
    <w:p w14:paraId="6E8CB890"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Dane z formularzy zgłoszeniowych, list startowych, list organizacyjnych i dokumentacji wydarzenia będą przechowywane przez okres niezbędny do organizacji i rozliczenia wydarzenia, a następnie przez okres wynikający z przepisów archiwalnych i instrukcji kancelaryjnej obowiązującej Administratora. Dane przetwarzane na podstawie zgody będą przetwarzane do czasu jej wycofania, zakończenia celu publikacji albo usunięcia materiałów, z zastrzeżeniem zgodności z prawem przetwarzania dokonanego przed wycofaniem zgody. Dane związane z ewentualnymi roszczeniami będą przechowywane do czasu upływu terminów przedawnienia roszczeń lub zakończenia postępowań.</w:t>
      </w:r>
    </w:p>
    <w:p w14:paraId="6E8CB891"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9. Zakres przysługujących uprawnień</w:t>
      </w:r>
    </w:p>
    <w:p w14:paraId="6E8CB892"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Osobie, której dane dotyczą, przysługuje prawo dostępu do danych, otrzymania ich kopii, sprostowania danych, usunięcia danych w przypadkach przewidzianych w RODO, ograniczenia przetwarzania, wniesienia sprzeciwu wobec przetwarzania opartego na art. 6 ust. 1 lit. e lub f RODO, a także prawo do przenoszenia danych w zakresie, w jakim przetwarzanie odbywa się na podstawie zgody i w sposób zautomatyzowany.</w:t>
      </w:r>
    </w:p>
    <w:p w14:paraId="6E8CB893"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10. Informacja o przetwarzaniu na podstawie zgody</w:t>
      </w:r>
    </w:p>
    <w:p w14:paraId="6E8CB894"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 xml:space="preserve">Jeżeli przetwarzanie odbywa się na podstawie zgody, w szczególności w zakresie indywidualnego rozpowszechniania wizerunku, zgoda jest dobrowolna i może zostać wycofana w każdym czasie. </w:t>
      </w:r>
      <w:r w:rsidRPr="0053377C">
        <w:rPr>
          <w:rFonts w:asciiTheme="majorHAnsi" w:hAnsiTheme="majorHAnsi" w:cstheme="majorHAnsi"/>
          <w:szCs w:val="24"/>
        </w:rPr>
        <w:lastRenderedPageBreak/>
        <w:t>Wycofanie zgody nie wpływa na zgodność z prawem przetwarzania dokonanego przed jej wycofaniem. Odmowa zgody na indywidualną publikację wizerunku nie uniemożliwia udziału w zawodach.</w:t>
      </w:r>
    </w:p>
    <w:p w14:paraId="6E8CB895"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11. Informacje o prawie wniesienia skargi do organu nadzorczego</w:t>
      </w:r>
    </w:p>
    <w:p w14:paraId="6E8CB896"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Osobie, której dane dotyczą, przysługuje prawo wniesienia skargi do Prezesa Urzędu Ochrony Danych Osobowych, ul. Moniuszki 1A, 00-014 Warszawa, jeżeli uzna, że przetwarzanie jej danych osobowych narusza przepisy RODO.</w:t>
      </w:r>
    </w:p>
    <w:p w14:paraId="6E8CB897"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12. Źródło pochodzenia danych</w:t>
      </w:r>
    </w:p>
    <w:p w14:paraId="6E8CB898"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Dane osobowe pozyskiwane są bezpośrednio od uczestnika, rodzica albo opiekuna prawnego, a w przypadku osób organizujących wydarzenie i członków komisji/jury – bezpośrednio od tych osób, z dokumentów wewnętrznych CSiR albo od podmiotów współpracujących przy organizacji wydarzenia, jeżeli zgłaszają takie osoby do udziału organizacyjnego.</w:t>
      </w:r>
    </w:p>
    <w:p w14:paraId="6E8CB899"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13. Informacja o wymogu/dobrowolności podania danych</w:t>
      </w:r>
    </w:p>
    <w:p w14:paraId="6E8CB89A"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Podanie danych niezbędnych do zgłoszenia i organizacji udziału w zawodach jest dobrowolne, ale konieczne do udziału w wydarzeniu. Podanie danych do celów indywidualnej publikacji wizerunku jest dobrowolne. Brak zgody na indywidualną publikację wizerunku nie wpływa na możliwość udziału w zawodach, z zastrzeżeniem dopuszczalności publikacji wizerunku stanowiącego jedynie szczegół całości zgodnie z art. 81 ust. 2 pkt 2 ustawy o prawie autorskim i prawach pokrewnych.</w:t>
      </w:r>
    </w:p>
    <w:p w14:paraId="6E8CB89B" w14:textId="77777777" w:rsidR="002705BB" w:rsidRPr="0053377C" w:rsidRDefault="001D0C05">
      <w:pPr>
        <w:spacing w:after="40" w:line="252" w:lineRule="auto"/>
        <w:rPr>
          <w:rFonts w:asciiTheme="majorHAnsi" w:hAnsiTheme="majorHAnsi" w:cstheme="majorHAnsi"/>
          <w:szCs w:val="24"/>
        </w:rPr>
      </w:pPr>
      <w:r w:rsidRPr="0053377C">
        <w:rPr>
          <w:rFonts w:asciiTheme="majorHAnsi" w:hAnsiTheme="majorHAnsi" w:cstheme="majorHAnsi"/>
          <w:b/>
          <w:color w:val="0B4F71"/>
          <w:szCs w:val="24"/>
        </w:rPr>
        <w:t>14. Informacja o zautomatyzowanym podejmowaniu decyzji, w tym profilowaniu</w:t>
      </w:r>
    </w:p>
    <w:p w14:paraId="6E8CB89C"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Dane osobowe nie będą wykorzystywane do zautomatyzowanego podejmowania decyzji wobec osób, których dane dotyczą, w tym do profilowania w rozumieniu art. 22 RODO.</w:t>
      </w:r>
    </w:p>
    <w:p w14:paraId="6E8CB89D" w14:textId="77777777" w:rsidR="002705BB" w:rsidRPr="0053377C" w:rsidRDefault="001D0C05">
      <w:pPr>
        <w:rPr>
          <w:rFonts w:asciiTheme="majorHAnsi" w:hAnsiTheme="majorHAnsi" w:cstheme="majorHAnsi"/>
          <w:szCs w:val="24"/>
        </w:rPr>
      </w:pPr>
      <w:r w:rsidRPr="0053377C">
        <w:rPr>
          <w:rFonts w:asciiTheme="majorHAnsi" w:hAnsiTheme="majorHAnsi" w:cstheme="majorHAnsi"/>
          <w:szCs w:val="24"/>
        </w:rPr>
        <w:br w:type="page"/>
      </w:r>
    </w:p>
    <w:p w14:paraId="6E8CB89E" w14:textId="77777777" w:rsidR="002705BB" w:rsidRPr="0053377C" w:rsidRDefault="001D0C05">
      <w:pPr>
        <w:pBdr>
          <w:bottom w:val="single" w:sz="8" w:space="2" w:color="5BC0EB"/>
        </w:pBdr>
        <w:spacing w:before="200" w:after="80"/>
        <w:jc w:val="left"/>
        <w:rPr>
          <w:rFonts w:asciiTheme="majorHAnsi" w:hAnsiTheme="majorHAnsi" w:cstheme="majorHAnsi"/>
          <w:szCs w:val="24"/>
        </w:rPr>
      </w:pPr>
      <w:r w:rsidRPr="0053377C">
        <w:rPr>
          <w:rFonts w:asciiTheme="majorHAnsi" w:hAnsiTheme="majorHAnsi" w:cstheme="majorHAnsi"/>
          <w:b/>
          <w:color w:val="0B4F71"/>
          <w:szCs w:val="24"/>
        </w:rPr>
        <w:lastRenderedPageBreak/>
        <w:t>Załącznik nr 3 – Zgoda na indywidualne rozpowszechnianie wizerunku</w:t>
      </w:r>
    </w:p>
    <w:p w14:paraId="6E8CB89F"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i/>
          <w:szCs w:val="24"/>
        </w:rPr>
        <w:t>Zgoda dotyczy wyłącznie sytuacji, w których wizerunek osoby nie stanowi jedynie szczegółu całości, lecz jest przedstawiony w sposób indywidualizujący, np. zdjęcie pozowane, portret, ujęcie laureata albo wypowiedź do kamery.</w:t>
      </w:r>
    </w:p>
    <w:tbl>
      <w:tblPr>
        <w:tblStyle w:val="Tabela-Siatka"/>
        <w:tblW w:w="0" w:type="auto"/>
        <w:jc w:val="center"/>
        <w:tblLook w:val="04A0" w:firstRow="1" w:lastRow="0" w:firstColumn="1" w:lastColumn="0" w:noHBand="0" w:noVBand="1"/>
      </w:tblPr>
      <w:tblGrid>
        <w:gridCol w:w="3402"/>
        <w:gridCol w:w="6900"/>
      </w:tblGrid>
      <w:tr w:rsidR="007F06F7" w:rsidRPr="0053377C" w14:paraId="3C52F85F" w14:textId="77777777" w:rsidTr="007F06F7">
        <w:trPr>
          <w:jc w:val="center"/>
        </w:trPr>
        <w:tc>
          <w:tcPr>
            <w:tcW w:w="3402" w:type="dxa"/>
            <w:shd w:val="clear" w:color="auto" w:fill="1B75BB"/>
            <w:vAlign w:val="center"/>
          </w:tcPr>
          <w:p w14:paraId="74DCC9E6" w14:textId="77777777" w:rsidR="007F06F7" w:rsidRPr="0053377C" w:rsidRDefault="007F06F7" w:rsidP="007C4A88">
            <w:pPr>
              <w:spacing w:after="0"/>
              <w:jc w:val="center"/>
              <w:rPr>
                <w:rFonts w:asciiTheme="majorHAnsi" w:hAnsiTheme="majorHAnsi" w:cstheme="majorHAnsi"/>
                <w:szCs w:val="24"/>
              </w:rPr>
            </w:pPr>
            <w:r w:rsidRPr="0053377C">
              <w:rPr>
                <w:rFonts w:asciiTheme="majorHAnsi" w:hAnsiTheme="majorHAnsi" w:cstheme="majorHAnsi"/>
                <w:b/>
                <w:color w:val="FFFFFF"/>
                <w:szCs w:val="24"/>
              </w:rPr>
              <w:t>Dane</w:t>
            </w:r>
          </w:p>
        </w:tc>
        <w:tc>
          <w:tcPr>
            <w:tcW w:w="6900" w:type="dxa"/>
            <w:shd w:val="clear" w:color="auto" w:fill="1B75BB"/>
            <w:vAlign w:val="center"/>
          </w:tcPr>
          <w:p w14:paraId="553A6574" w14:textId="77777777" w:rsidR="007F06F7" w:rsidRPr="0053377C" w:rsidRDefault="007F06F7" w:rsidP="007C4A88">
            <w:pPr>
              <w:spacing w:after="0"/>
              <w:jc w:val="center"/>
              <w:rPr>
                <w:rFonts w:asciiTheme="majorHAnsi" w:hAnsiTheme="majorHAnsi" w:cstheme="majorHAnsi"/>
                <w:szCs w:val="24"/>
              </w:rPr>
            </w:pPr>
            <w:r w:rsidRPr="0053377C">
              <w:rPr>
                <w:rFonts w:asciiTheme="majorHAnsi" w:hAnsiTheme="majorHAnsi" w:cstheme="majorHAnsi"/>
                <w:b/>
                <w:color w:val="FFFFFF"/>
                <w:szCs w:val="24"/>
              </w:rPr>
              <w:t>Treść do uzupełnienia</w:t>
            </w:r>
          </w:p>
        </w:tc>
      </w:tr>
      <w:tr w:rsidR="007F06F7" w:rsidRPr="0053377C" w14:paraId="59209352" w14:textId="77777777" w:rsidTr="007F06F7">
        <w:trPr>
          <w:jc w:val="center"/>
        </w:trPr>
        <w:tc>
          <w:tcPr>
            <w:tcW w:w="3402" w:type="dxa"/>
            <w:vAlign w:val="center"/>
          </w:tcPr>
          <w:p w14:paraId="560F1732" w14:textId="77777777" w:rsidR="007F06F7" w:rsidRPr="0053377C" w:rsidRDefault="007F06F7" w:rsidP="007C4A88">
            <w:pPr>
              <w:spacing w:after="0"/>
              <w:jc w:val="left"/>
              <w:rPr>
                <w:rFonts w:asciiTheme="majorHAnsi" w:hAnsiTheme="majorHAnsi" w:cstheme="majorHAnsi"/>
                <w:szCs w:val="24"/>
              </w:rPr>
            </w:pPr>
            <w:r w:rsidRPr="0053377C">
              <w:rPr>
                <w:rFonts w:asciiTheme="majorHAnsi" w:hAnsiTheme="majorHAnsi" w:cstheme="majorHAnsi"/>
                <w:szCs w:val="24"/>
              </w:rPr>
              <w:t>Imię i nazwisko osoby, której wizerunek dotyczy</w:t>
            </w:r>
          </w:p>
        </w:tc>
        <w:tc>
          <w:tcPr>
            <w:tcW w:w="6900" w:type="dxa"/>
            <w:vAlign w:val="center"/>
          </w:tcPr>
          <w:p w14:paraId="1BF9CC55" w14:textId="77777777" w:rsidR="007F06F7" w:rsidRPr="0053377C" w:rsidRDefault="007F06F7" w:rsidP="007C4A88">
            <w:pPr>
              <w:spacing w:after="0"/>
              <w:jc w:val="left"/>
              <w:rPr>
                <w:rFonts w:asciiTheme="majorHAnsi" w:hAnsiTheme="majorHAnsi" w:cstheme="majorHAnsi"/>
                <w:szCs w:val="24"/>
              </w:rPr>
            </w:pPr>
            <w:r w:rsidRPr="0053377C">
              <w:rPr>
                <w:rFonts w:asciiTheme="majorHAnsi" w:hAnsiTheme="majorHAnsi" w:cstheme="majorHAnsi"/>
                <w:szCs w:val="24"/>
              </w:rPr>
              <w:t>……………………………………………………………………………………………………………………</w:t>
            </w:r>
          </w:p>
        </w:tc>
      </w:tr>
      <w:tr w:rsidR="007F06F7" w:rsidRPr="0053377C" w14:paraId="2731343D" w14:textId="77777777" w:rsidTr="007F06F7">
        <w:trPr>
          <w:jc w:val="center"/>
        </w:trPr>
        <w:tc>
          <w:tcPr>
            <w:tcW w:w="3402" w:type="dxa"/>
            <w:shd w:val="clear" w:color="auto" w:fill="F2FBFF"/>
            <w:vAlign w:val="center"/>
          </w:tcPr>
          <w:p w14:paraId="51C0A4B4" w14:textId="77777777" w:rsidR="007F06F7" w:rsidRPr="0053377C" w:rsidRDefault="007F06F7" w:rsidP="007C4A88">
            <w:pPr>
              <w:spacing w:after="0"/>
              <w:jc w:val="left"/>
              <w:rPr>
                <w:rFonts w:asciiTheme="majorHAnsi" w:hAnsiTheme="majorHAnsi" w:cstheme="majorHAnsi"/>
                <w:szCs w:val="24"/>
              </w:rPr>
            </w:pPr>
            <w:r w:rsidRPr="0053377C">
              <w:rPr>
                <w:rFonts w:asciiTheme="majorHAnsi" w:hAnsiTheme="majorHAnsi" w:cstheme="majorHAnsi"/>
                <w:szCs w:val="24"/>
              </w:rPr>
              <w:t>Imię i nazwisko rodzica/opiekuna  osoby niepełnoletniej</w:t>
            </w:r>
          </w:p>
        </w:tc>
        <w:tc>
          <w:tcPr>
            <w:tcW w:w="6900" w:type="dxa"/>
            <w:shd w:val="clear" w:color="auto" w:fill="F2FBFF"/>
            <w:vAlign w:val="center"/>
          </w:tcPr>
          <w:p w14:paraId="667B6727" w14:textId="77777777" w:rsidR="007F06F7" w:rsidRPr="0053377C" w:rsidRDefault="007F06F7" w:rsidP="007C4A88">
            <w:pPr>
              <w:spacing w:after="0"/>
              <w:jc w:val="left"/>
              <w:rPr>
                <w:rFonts w:asciiTheme="majorHAnsi" w:hAnsiTheme="majorHAnsi" w:cstheme="majorHAnsi"/>
                <w:szCs w:val="24"/>
              </w:rPr>
            </w:pPr>
            <w:r w:rsidRPr="0053377C">
              <w:rPr>
                <w:rFonts w:asciiTheme="majorHAnsi" w:hAnsiTheme="majorHAnsi" w:cstheme="majorHAnsi"/>
                <w:szCs w:val="24"/>
              </w:rPr>
              <w:t>……………………………………………………………………………………………………………………</w:t>
            </w:r>
          </w:p>
        </w:tc>
      </w:tr>
    </w:tbl>
    <w:p w14:paraId="6E8CB8A6" w14:textId="77777777" w:rsidR="002705BB" w:rsidRPr="0053377C" w:rsidRDefault="002705BB">
      <w:pPr>
        <w:spacing w:after="40"/>
        <w:rPr>
          <w:rFonts w:asciiTheme="majorHAnsi" w:hAnsiTheme="majorHAnsi" w:cstheme="majorHAnsi"/>
          <w:szCs w:val="24"/>
        </w:rPr>
      </w:pPr>
    </w:p>
    <w:p w14:paraId="6E8CB8A7"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b/>
          <w:color w:val="0B4F71"/>
          <w:szCs w:val="24"/>
        </w:rPr>
        <w:t>Oświadczenie zgody:</w:t>
      </w:r>
    </w:p>
    <w:p w14:paraId="6E8CB8A8" w14:textId="108D93AE" w:rsidR="002705BB" w:rsidRPr="0053377C" w:rsidRDefault="001D0C05">
      <w:pPr>
        <w:spacing w:line="252" w:lineRule="auto"/>
        <w:rPr>
          <w:rFonts w:asciiTheme="majorHAnsi" w:hAnsiTheme="majorHAnsi" w:cstheme="majorHAnsi"/>
          <w:szCs w:val="24"/>
        </w:rPr>
      </w:pPr>
      <w:r w:rsidRPr="0053377C">
        <w:rPr>
          <w:rFonts w:ascii="Segoe UI Symbol" w:hAnsi="Segoe UI Symbol" w:cs="Segoe UI Symbol"/>
          <w:szCs w:val="24"/>
        </w:rPr>
        <w:t>☐</w:t>
      </w:r>
      <w:r w:rsidRPr="0053377C">
        <w:rPr>
          <w:rFonts w:asciiTheme="majorHAnsi" w:hAnsiTheme="majorHAnsi" w:cstheme="majorHAnsi"/>
          <w:szCs w:val="24"/>
        </w:rPr>
        <w:t xml:space="preserve"> Wyrażam zgodę na nieodpłatne utrwalenie oraz rozpowszechnianie mojego</w:t>
      </w:r>
      <w:r w:rsidR="007F06F7" w:rsidRPr="0053377C">
        <w:rPr>
          <w:rFonts w:asciiTheme="majorHAnsi" w:hAnsiTheme="majorHAnsi" w:cstheme="majorHAnsi"/>
          <w:szCs w:val="24"/>
        </w:rPr>
        <w:t>/mojego dziecka</w:t>
      </w:r>
      <w:r w:rsidRPr="0053377C">
        <w:rPr>
          <w:rFonts w:asciiTheme="majorHAnsi" w:hAnsiTheme="majorHAnsi" w:cstheme="majorHAnsi"/>
          <w:szCs w:val="24"/>
        </w:rPr>
        <w:t xml:space="preserve"> wizerunku przez Centrum Sportu i Rekreacji w </w:t>
      </w:r>
      <w:r w:rsidR="00CF3674" w:rsidRPr="0053377C">
        <w:rPr>
          <w:rFonts w:asciiTheme="majorHAnsi" w:hAnsiTheme="majorHAnsi" w:cstheme="majorHAnsi"/>
          <w:szCs w:val="24"/>
        </w:rPr>
        <w:t>Konstantynowie Łódzkim</w:t>
      </w:r>
      <w:r w:rsidRPr="0053377C">
        <w:rPr>
          <w:rFonts w:asciiTheme="majorHAnsi" w:hAnsiTheme="majorHAnsi" w:cstheme="majorHAnsi"/>
          <w:szCs w:val="24"/>
        </w:rPr>
        <w:t xml:space="preserve"> w związku z </w:t>
      </w:r>
      <w:r w:rsidR="000A7148" w:rsidRPr="0053377C">
        <w:rPr>
          <w:rFonts w:asciiTheme="majorHAnsi" w:hAnsiTheme="majorHAnsi" w:cstheme="majorHAnsi"/>
          <w:szCs w:val="24"/>
        </w:rPr>
        <w:t>T</w:t>
      </w:r>
      <w:r w:rsidR="00890A5F" w:rsidRPr="0053377C">
        <w:rPr>
          <w:rFonts w:asciiTheme="majorHAnsi" w:hAnsiTheme="majorHAnsi" w:cstheme="majorHAnsi"/>
          <w:szCs w:val="24"/>
        </w:rPr>
        <w:t xml:space="preserve">urniejem </w:t>
      </w:r>
      <w:r w:rsidR="00F7049D" w:rsidRPr="0053377C">
        <w:rPr>
          <w:rFonts w:asciiTheme="majorHAnsi" w:hAnsiTheme="majorHAnsi" w:cstheme="majorHAnsi"/>
          <w:szCs w:val="24"/>
        </w:rPr>
        <w:t>Dzikich Drużyn</w:t>
      </w:r>
      <w:r w:rsidR="00890A5F" w:rsidRPr="0053377C">
        <w:rPr>
          <w:rFonts w:asciiTheme="majorHAnsi" w:hAnsiTheme="majorHAnsi" w:cstheme="majorHAnsi"/>
          <w:szCs w:val="24"/>
        </w:rPr>
        <w:t xml:space="preserve"> w ramach programu Aktywny Orlik organizowanych w dniu </w:t>
      </w:r>
      <w:r w:rsidR="00F7049D" w:rsidRPr="0053377C">
        <w:rPr>
          <w:rFonts w:asciiTheme="majorHAnsi" w:hAnsiTheme="majorHAnsi" w:cstheme="majorHAnsi"/>
          <w:szCs w:val="24"/>
        </w:rPr>
        <w:t>12 września</w:t>
      </w:r>
      <w:r w:rsidR="00890A5F" w:rsidRPr="0053377C">
        <w:rPr>
          <w:rFonts w:asciiTheme="majorHAnsi" w:hAnsiTheme="majorHAnsi" w:cstheme="majorHAnsi"/>
          <w:szCs w:val="24"/>
        </w:rPr>
        <w:t xml:space="preserve"> </w:t>
      </w:r>
      <w:r w:rsidR="004B5C91" w:rsidRPr="0053377C">
        <w:rPr>
          <w:rFonts w:asciiTheme="majorHAnsi" w:hAnsiTheme="majorHAnsi" w:cstheme="majorHAnsi"/>
          <w:szCs w:val="24"/>
        </w:rPr>
        <w:t>2026.</w:t>
      </w:r>
    </w:p>
    <w:p w14:paraId="02D0CEEC" w14:textId="77777777" w:rsidR="0088353F" w:rsidRPr="0053377C" w:rsidRDefault="0088353F" w:rsidP="0088353F">
      <w:pPr>
        <w:spacing w:line="252" w:lineRule="auto"/>
        <w:rPr>
          <w:rFonts w:asciiTheme="majorHAnsi" w:hAnsiTheme="majorHAnsi" w:cstheme="majorHAnsi"/>
          <w:szCs w:val="24"/>
        </w:rPr>
      </w:pPr>
      <w:r w:rsidRPr="0053377C">
        <w:rPr>
          <w:rFonts w:asciiTheme="majorHAnsi" w:hAnsiTheme="majorHAnsi" w:cstheme="majorHAnsi"/>
          <w:szCs w:val="24"/>
        </w:rPr>
        <w:t>Zgoda obejmuje publikację materiałów w celach informacyjnych, promocyjnych, edukacyjnych, kronikarskich i sprawozdawczych związanych z wydarzeniem oraz działalnością sportowo-rekreacyjną, w następujących kanałach:</w:t>
      </w:r>
    </w:p>
    <w:p w14:paraId="1F9EF4C6" w14:textId="77777777" w:rsidR="0088353F" w:rsidRPr="0053377C" w:rsidRDefault="0088353F" w:rsidP="0088353F">
      <w:pPr>
        <w:spacing w:line="252" w:lineRule="auto"/>
        <w:rPr>
          <w:rFonts w:asciiTheme="majorHAnsi" w:hAnsiTheme="majorHAnsi" w:cstheme="majorHAnsi"/>
          <w:szCs w:val="24"/>
        </w:rPr>
      </w:pPr>
      <w:r w:rsidRPr="0053377C">
        <w:rPr>
          <w:rFonts w:ascii="Segoe UI Symbol" w:hAnsi="Segoe UI Symbol" w:cs="Segoe UI Symbol"/>
          <w:szCs w:val="24"/>
        </w:rPr>
        <w:t>☐</w:t>
      </w:r>
      <w:r w:rsidRPr="0053377C">
        <w:rPr>
          <w:rFonts w:asciiTheme="majorHAnsi" w:hAnsiTheme="majorHAnsi" w:cstheme="majorHAnsi"/>
          <w:szCs w:val="24"/>
        </w:rPr>
        <w:t xml:space="preserve"> strona internetowa Ministerstwa Sportu i Turystyki</w:t>
      </w:r>
    </w:p>
    <w:p w14:paraId="30211CE2" w14:textId="77777777" w:rsidR="0088353F" w:rsidRPr="0053377C" w:rsidRDefault="0088353F" w:rsidP="0088353F">
      <w:pPr>
        <w:spacing w:line="252" w:lineRule="auto"/>
        <w:rPr>
          <w:rFonts w:asciiTheme="majorHAnsi" w:hAnsiTheme="majorHAnsi" w:cstheme="majorHAnsi"/>
          <w:szCs w:val="24"/>
        </w:rPr>
      </w:pPr>
      <w:r w:rsidRPr="0053377C">
        <w:rPr>
          <w:rFonts w:ascii="Segoe UI Symbol" w:hAnsi="Segoe UI Symbol" w:cs="Segoe UI Symbol"/>
          <w:szCs w:val="24"/>
        </w:rPr>
        <w:t>☐</w:t>
      </w:r>
      <w:r w:rsidRPr="0053377C">
        <w:rPr>
          <w:rFonts w:asciiTheme="majorHAnsi" w:hAnsiTheme="majorHAnsi" w:cstheme="majorHAnsi"/>
          <w:szCs w:val="24"/>
        </w:rPr>
        <w:t xml:space="preserve"> profil Ministerstwa Sportu i Turystyki na Facebooku;</w:t>
      </w:r>
    </w:p>
    <w:p w14:paraId="015DE97D" w14:textId="77777777" w:rsidR="0088353F" w:rsidRPr="0053377C" w:rsidRDefault="0088353F" w:rsidP="0088353F">
      <w:pPr>
        <w:spacing w:line="252" w:lineRule="auto"/>
        <w:rPr>
          <w:rFonts w:asciiTheme="majorHAnsi" w:hAnsiTheme="majorHAnsi" w:cstheme="majorHAnsi"/>
          <w:szCs w:val="24"/>
        </w:rPr>
      </w:pPr>
      <w:r w:rsidRPr="0053377C">
        <w:rPr>
          <w:rFonts w:ascii="Segoe UI Symbol" w:hAnsi="Segoe UI Symbol" w:cs="Segoe UI Symbol"/>
          <w:szCs w:val="24"/>
        </w:rPr>
        <w:t>☐</w:t>
      </w:r>
      <w:r w:rsidRPr="0053377C">
        <w:rPr>
          <w:rFonts w:asciiTheme="majorHAnsi" w:hAnsiTheme="majorHAnsi" w:cstheme="majorHAnsi"/>
          <w:szCs w:val="24"/>
        </w:rPr>
        <w:t xml:space="preserve"> strona internetowa CSiR;</w:t>
      </w:r>
    </w:p>
    <w:p w14:paraId="0AD31CA8" w14:textId="77777777" w:rsidR="0088353F" w:rsidRPr="0053377C" w:rsidRDefault="0088353F" w:rsidP="0088353F">
      <w:pPr>
        <w:spacing w:line="252" w:lineRule="auto"/>
        <w:rPr>
          <w:rFonts w:asciiTheme="majorHAnsi" w:hAnsiTheme="majorHAnsi" w:cstheme="majorHAnsi"/>
          <w:szCs w:val="24"/>
        </w:rPr>
      </w:pPr>
      <w:r w:rsidRPr="0053377C">
        <w:rPr>
          <w:rFonts w:ascii="Segoe UI Symbol" w:hAnsi="Segoe UI Symbol" w:cs="Segoe UI Symbol"/>
          <w:szCs w:val="24"/>
        </w:rPr>
        <w:t>☐</w:t>
      </w:r>
      <w:r w:rsidRPr="0053377C">
        <w:rPr>
          <w:rFonts w:asciiTheme="majorHAnsi" w:hAnsiTheme="majorHAnsi" w:cstheme="majorHAnsi"/>
          <w:szCs w:val="24"/>
        </w:rPr>
        <w:t xml:space="preserve"> profil CSiR na Facebooku;</w:t>
      </w:r>
    </w:p>
    <w:p w14:paraId="5FFF0E01" w14:textId="77777777" w:rsidR="0088353F" w:rsidRPr="0053377C" w:rsidRDefault="0088353F" w:rsidP="0088353F">
      <w:pPr>
        <w:spacing w:line="252" w:lineRule="auto"/>
        <w:rPr>
          <w:rFonts w:asciiTheme="majorHAnsi" w:hAnsiTheme="majorHAnsi" w:cstheme="majorHAnsi"/>
          <w:szCs w:val="24"/>
        </w:rPr>
      </w:pPr>
      <w:r w:rsidRPr="0053377C">
        <w:rPr>
          <w:rFonts w:ascii="Segoe UI Symbol" w:hAnsi="Segoe UI Symbol" w:cs="Segoe UI Symbol"/>
          <w:szCs w:val="24"/>
        </w:rPr>
        <w:t>☐</w:t>
      </w:r>
      <w:r w:rsidRPr="0053377C">
        <w:rPr>
          <w:rFonts w:asciiTheme="majorHAnsi" w:hAnsiTheme="majorHAnsi" w:cstheme="majorHAnsi"/>
          <w:szCs w:val="24"/>
        </w:rPr>
        <w:t xml:space="preserve"> strona internetowa Urzędu Gminy w Konstantynowie Łódzkim;</w:t>
      </w:r>
    </w:p>
    <w:p w14:paraId="56C931D0" w14:textId="77777777" w:rsidR="0088353F" w:rsidRPr="0053377C" w:rsidRDefault="0088353F" w:rsidP="0088353F">
      <w:pPr>
        <w:spacing w:line="252" w:lineRule="auto"/>
        <w:rPr>
          <w:rFonts w:asciiTheme="majorHAnsi" w:hAnsiTheme="majorHAnsi" w:cstheme="majorHAnsi"/>
          <w:szCs w:val="24"/>
        </w:rPr>
      </w:pPr>
      <w:r w:rsidRPr="0053377C">
        <w:rPr>
          <w:rFonts w:ascii="Segoe UI Symbol" w:hAnsi="Segoe UI Symbol" w:cs="Segoe UI Symbol"/>
          <w:szCs w:val="24"/>
        </w:rPr>
        <w:t>☐</w:t>
      </w:r>
      <w:r w:rsidRPr="0053377C">
        <w:rPr>
          <w:rFonts w:asciiTheme="majorHAnsi" w:hAnsiTheme="majorHAnsi" w:cstheme="majorHAnsi"/>
          <w:szCs w:val="24"/>
        </w:rPr>
        <w:t xml:space="preserve"> profil Urzędu Gminy w Konstantynowie Łódzkim na Facebooku.</w:t>
      </w:r>
    </w:p>
    <w:p w14:paraId="6E8CB8AE" w14:textId="77777777" w:rsidR="002705BB" w:rsidRPr="0053377C" w:rsidRDefault="001D0C05">
      <w:pPr>
        <w:spacing w:line="252" w:lineRule="auto"/>
        <w:rPr>
          <w:rFonts w:asciiTheme="majorHAnsi" w:hAnsiTheme="majorHAnsi" w:cstheme="majorHAnsi"/>
          <w:szCs w:val="24"/>
        </w:rPr>
      </w:pPr>
      <w:r w:rsidRPr="0053377C">
        <w:rPr>
          <w:rFonts w:asciiTheme="majorHAnsi" w:hAnsiTheme="majorHAnsi" w:cstheme="majorHAnsi"/>
          <w:szCs w:val="24"/>
        </w:rPr>
        <w:t>Zgoda jest dobrowolna. Zostałem/</w:t>
      </w:r>
      <w:proofErr w:type="spellStart"/>
      <w:r w:rsidRPr="0053377C">
        <w:rPr>
          <w:rFonts w:asciiTheme="majorHAnsi" w:hAnsiTheme="majorHAnsi" w:cstheme="majorHAnsi"/>
          <w:szCs w:val="24"/>
        </w:rPr>
        <w:t>am</w:t>
      </w:r>
      <w:proofErr w:type="spellEnd"/>
      <w:r w:rsidRPr="0053377C">
        <w:rPr>
          <w:rFonts w:asciiTheme="majorHAnsi" w:hAnsiTheme="majorHAnsi" w:cstheme="majorHAnsi"/>
          <w:szCs w:val="24"/>
        </w:rPr>
        <w:t xml:space="preserve"> poinformowany/a, że mogę ją wycofać w każdym czasie, a wycofanie zgody nie wpływa na zgodność z prawem przetwarzania i publikacji dokonanych przed jej wycofaniem. Brak zgody nie wyłącza udziału w zawodach.</w:t>
      </w:r>
    </w:p>
    <w:tbl>
      <w:tblPr>
        <w:tblStyle w:val="Tabela-Siatka"/>
        <w:tblW w:w="0" w:type="auto"/>
        <w:jc w:val="center"/>
        <w:tblLook w:val="04A0" w:firstRow="1" w:lastRow="0" w:firstColumn="1" w:lastColumn="0" w:noHBand="0" w:noVBand="1"/>
      </w:tblPr>
      <w:tblGrid>
        <w:gridCol w:w="2835"/>
        <w:gridCol w:w="6900"/>
      </w:tblGrid>
      <w:tr w:rsidR="002705BB" w:rsidRPr="0053377C" w14:paraId="6E8CB8B1" w14:textId="77777777">
        <w:trPr>
          <w:jc w:val="center"/>
        </w:trPr>
        <w:tc>
          <w:tcPr>
            <w:tcW w:w="2835" w:type="dxa"/>
            <w:shd w:val="clear" w:color="auto" w:fill="1B75BB"/>
            <w:vAlign w:val="center"/>
          </w:tcPr>
          <w:p w14:paraId="6E8CB8AF" w14:textId="77777777" w:rsidR="002705BB" w:rsidRPr="0053377C" w:rsidRDefault="001D0C05">
            <w:pPr>
              <w:spacing w:after="0"/>
              <w:jc w:val="center"/>
              <w:rPr>
                <w:rFonts w:asciiTheme="majorHAnsi" w:hAnsiTheme="majorHAnsi" w:cstheme="majorHAnsi"/>
                <w:szCs w:val="24"/>
              </w:rPr>
            </w:pPr>
            <w:r w:rsidRPr="0053377C">
              <w:rPr>
                <w:rFonts w:asciiTheme="majorHAnsi" w:hAnsiTheme="majorHAnsi" w:cstheme="majorHAnsi"/>
                <w:b/>
                <w:color w:val="FFFFFF"/>
                <w:szCs w:val="24"/>
              </w:rPr>
              <w:t>Data</w:t>
            </w:r>
          </w:p>
        </w:tc>
        <w:tc>
          <w:tcPr>
            <w:tcW w:w="5669" w:type="dxa"/>
            <w:shd w:val="clear" w:color="auto" w:fill="1B75BB"/>
            <w:vAlign w:val="center"/>
          </w:tcPr>
          <w:p w14:paraId="6E8CB8B0" w14:textId="77777777" w:rsidR="002705BB" w:rsidRPr="0053377C" w:rsidRDefault="001D0C05">
            <w:pPr>
              <w:spacing w:after="0"/>
              <w:jc w:val="center"/>
              <w:rPr>
                <w:rFonts w:asciiTheme="majorHAnsi" w:hAnsiTheme="majorHAnsi" w:cstheme="majorHAnsi"/>
                <w:szCs w:val="24"/>
              </w:rPr>
            </w:pPr>
            <w:r w:rsidRPr="0053377C">
              <w:rPr>
                <w:rFonts w:asciiTheme="majorHAnsi" w:hAnsiTheme="majorHAnsi" w:cstheme="majorHAnsi"/>
                <w:b/>
                <w:color w:val="FFFFFF"/>
                <w:szCs w:val="24"/>
              </w:rPr>
              <w:t xml:space="preserve">Czytelny podpis uczestnika </w:t>
            </w:r>
          </w:p>
        </w:tc>
      </w:tr>
      <w:tr w:rsidR="002705BB" w:rsidRPr="0053377C" w14:paraId="6E8CB8B8" w14:textId="77777777">
        <w:trPr>
          <w:jc w:val="center"/>
        </w:trPr>
        <w:tc>
          <w:tcPr>
            <w:tcW w:w="2835" w:type="dxa"/>
            <w:vAlign w:val="center"/>
          </w:tcPr>
          <w:p w14:paraId="6E8CB8B2" w14:textId="77777777" w:rsidR="00CF3674" w:rsidRPr="0053377C" w:rsidRDefault="00CF3674">
            <w:pPr>
              <w:spacing w:after="0"/>
              <w:jc w:val="left"/>
              <w:rPr>
                <w:rFonts w:asciiTheme="majorHAnsi" w:hAnsiTheme="majorHAnsi" w:cstheme="majorHAnsi"/>
                <w:szCs w:val="24"/>
              </w:rPr>
            </w:pPr>
          </w:p>
          <w:p w14:paraId="6E8CB8B3" w14:textId="77777777" w:rsidR="00CF3674" w:rsidRPr="0053377C" w:rsidRDefault="00CF3674">
            <w:pPr>
              <w:spacing w:after="0"/>
              <w:jc w:val="left"/>
              <w:rPr>
                <w:rFonts w:asciiTheme="majorHAnsi" w:hAnsiTheme="majorHAnsi" w:cstheme="majorHAnsi"/>
                <w:szCs w:val="24"/>
              </w:rPr>
            </w:pPr>
          </w:p>
          <w:p w14:paraId="6E8CB8B4" w14:textId="77777777" w:rsidR="00CF3674" w:rsidRPr="0053377C" w:rsidRDefault="001D0C05">
            <w:pPr>
              <w:spacing w:after="0"/>
              <w:jc w:val="left"/>
              <w:rPr>
                <w:rFonts w:asciiTheme="majorHAnsi" w:hAnsiTheme="majorHAnsi" w:cstheme="majorHAnsi"/>
                <w:szCs w:val="24"/>
              </w:rPr>
            </w:pPr>
            <w:r w:rsidRPr="0053377C">
              <w:rPr>
                <w:rFonts w:asciiTheme="majorHAnsi" w:hAnsiTheme="majorHAnsi" w:cstheme="majorHAnsi"/>
                <w:szCs w:val="24"/>
              </w:rPr>
              <w:t>……………………………………</w:t>
            </w:r>
          </w:p>
        </w:tc>
        <w:tc>
          <w:tcPr>
            <w:tcW w:w="5669" w:type="dxa"/>
            <w:vAlign w:val="center"/>
          </w:tcPr>
          <w:p w14:paraId="6E8CB8B5" w14:textId="77777777" w:rsidR="00CF3674" w:rsidRPr="0053377C" w:rsidRDefault="00CF3674">
            <w:pPr>
              <w:spacing w:after="0"/>
              <w:jc w:val="left"/>
              <w:rPr>
                <w:rFonts w:asciiTheme="majorHAnsi" w:hAnsiTheme="majorHAnsi" w:cstheme="majorHAnsi"/>
                <w:szCs w:val="24"/>
              </w:rPr>
            </w:pPr>
          </w:p>
          <w:p w14:paraId="6E8CB8B6" w14:textId="77777777" w:rsidR="00CF3674" w:rsidRPr="0053377C" w:rsidRDefault="00CF3674">
            <w:pPr>
              <w:spacing w:after="0"/>
              <w:jc w:val="left"/>
              <w:rPr>
                <w:rFonts w:asciiTheme="majorHAnsi" w:hAnsiTheme="majorHAnsi" w:cstheme="majorHAnsi"/>
                <w:szCs w:val="24"/>
              </w:rPr>
            </w:pPr>
          </w:p>
          <w:p w14:paraId="6E8CB8B7" w14:textId="77777777" w:rsidR="00CF3674" w:rsidRPr="0053377C" w:rsidRDefault="001D0C05">
            <w:pPr>
              <w:spacing w:after="0"/>
              <w:jc w:val="left"/>
              <w:rPr>
                <w:rFonts w:asciiTheme="majorHAnsi" w:hAnsiTheme="majorHAnsi" w:cstheme="majorHAnsi"/>
                <w:szCs w:val="24"/>
              </w:rPr>
            </w:pPr>
            <w:r w:rsidRPr="0053377C">
              <w:rPr>
                <w:rFonts w:asciiTheme="majorHAnsi" w:hAnsiTheme="majorHAnsi" w:cstheme="majorHAnsi"/>
                <w:szCs w:val="24"/>
              </w:rPr>
              <w:t>……………………………………………………………………………………………………………………</w:t>
            </w:r>
          </w:p>
        </w:tc>
      </w:tr>
    </w:tbl>
    <w:p w14:paraId="6E8CB8B9" w14:textId="77777777" w:rsidR="002705BB" w:rsidRPr="0053377C" w:rsidRDefault="002705BB">
      <w:pPr>
        <w:spacing w:after="40"/>
        <w:rPr>
          <w:rFonts w:asciiTheme="majorHAnsi" w:hAnsiTheme="majorHAnsi" w:cstheme="majorHAnsi"/>
          <w:szCs w:val="24"/>
        </w:rPr>
      </w:pPr>
    </w:p>
    <w:p w14:paraId="6E8CB8BA" w14:textId="77777777" w:rsidR="002705BB" w:rsidRPr="0050229F" w:rsidRDefault="002705BB">
      <w:pPr>
        <w:jc w:val="center"/>
        <w:rPr>
          <w:rFonts w:asciiTheme="majorHAnsi" w:hAnsiTheme="majorHAnsi" w:cstheme="majorHAnsi"/>
          <w:szCs w:val="24"/>
        </w:rPr>
      </w:pPr>
    </w:p>
    <w:sectPr w:rsidR="002705BB" w:rsidRPr="0050229F" w:rsidSect="00B105DE">
      <w:footerReference w:type="default" r:id="rId9"/>
      <w:headerReference w:type="first" r:id="rId10"/>
      <w:footerReference w:type="first" r:id="rId11"/>
      <w:pgSz w:w="12240" w:h="15840"/>
      <w:pgMar w:top="850" w:right="964" w:bottom="794" w:left="9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89167" w14:textId="77777777" w:rsidR="008C6313" w:rsidRPr="0053377C" w:rsidRDefault="008C6313">
      <w:pPr>
        <w:spacing w:after="0" w:line="240" w:lineRule="auto"/>
      </w:pPr>
      <w:r w:rsidRPr="0053377C">
        <w:separator/>
      </w:r>
    </w:p>
  </w:endnote>
  <w:endnote w:type="continuationSeparator" w:id="0">
    <w:p w14:paraId="21CC6256" w14:textId="77777777" w:rsidR="008C6313" w:rsidRPr="0053377C" w:rsidRDefault="008C6313">
      <w:pPr>
        <w:spacing w:after="0" w:line="240" w:lineRule="auto"/>
      </w:pPr>
      <w:r w:rsidRPr="00533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w:panose1 w:val="02070309020205020404"/>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B8BF" w14:textId="4DF7A303" w:rsidR="00AC5703" w:rsidRPr="0053377C" w:rsidRDefault="00AC5703">
    <w:pPr>
      <w:pStyle w:val="Stopka"/>
    </w:pPr>
  </w:p>
  <w:p w14:paraId="189CAD2E" w14:textId="1CD7FC11" w:rsidR="005461F5" w:rsidRPr="0053377C" w:rsidRDefault="005461F5" w:rsidP="005461F5">
    <w:pPr>
      <w:pStyle w:val="Stopka"/>
      <w:jc w:val="center"/>
    </w:pPr>
    <w:r w:rsidRPr="0053377C">
      <w:t xml:space="preserve">Regulamin Turnieju </w:t>
    </w:r>
    <w:r w:rsidR="00F7049D" w:rsidRPr="0053377C">
      <w:t>Dzikich Drużyn</w:t>
    </w:r>
    <w:r w:rsidRPr="0053377C">
      <w:t xml:space="preserve"> 2026 | Strona </w:t>
    </w:r>
    <w:r w:rsidRPr="0053377C">
      <w:fldChar w:fldCharType="begin"/>
    </w:r>
    <w:r w:rsidRPr="0053377C">
      <w:instrText>PAGE</w:instrText>
    </w:r>
    <w:r w:rsidRPr="0053377C">
      <w:fldChar w:fldCharType="separate"/>
    </w:r>
    <w:r w:rsidRPr="0053377C">
      <w:t>1</w:t>
    </w:r>
    <w:r w:rsidRPr="0053377C">
      <w:fldChar w:fldCharType="end"/>
    </w:r>
  </w:p>
  <w:p w14:paraId="6E8CB8C0" w14:textId="77777777" w:rsidR="002705BB" w:rsidRPr="0053377C" w:rsidRDefault="002705BB" w:rsidP="005461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31AD" w14:textId="24EDE62E" w:rsidR="005461F5" w:rsidRPr="0053377C" w:rsidRDefault="005461F5" w:rsidP="005461F5">
    <w:pPr>
      <w:pStyle w:val="Stopka"/>
      <w:jc w:val="center"/>
    </w:pPr>
    <w:r w:rsidRPr="0053377C">
      <w:t xml:space="preserve">Regulamin Turnieju </w:t>
    </w:r>
    <w:r w:rsidR="00F7049D" w:rsidRPr="0053377C">
      <w:t>Dzikich Drużyn</w:t>
    </w:r>
    <w:r w:rsidR="00EA3D5F" w:rsidRPr="0053377C">
      <w:t xml:space="preserve"> </w:t>
    </w:r>
    <w:r w:rsidRPr="0053377C">
      <w:t xml:space="preserve">AKTYWNY ORLIK 2026 | Strona </w:t>
    </w:r>
    <w:r w:rsidRPr="0053377C">
      <w:fldChar w:fldCharType="begin"/>
    </w:r>
    <w:r w:rsidRPr="0053377C">
      <w:instrText>PAGE</w:instrText>
    </w:r>
    <w:r w:rsidRPr="0053377C">
      <w:fldChar w:fldCharType="separate"/>
    </w:r>
    <w:r w:rsidRPr="0053377C">
      <w:t>1</w:t>
    </w:r>
    <w:r w:rsidRPr="0053377C">
      <w:fldChar w:fldCharType="end"/>
    </w:r>
  </w:p>
  <w:p w14:paraId="2587F65C" w14:textId="77777777" w:rsidR="005461F5" w:rsidRPr="0053377C" w:rsidRDefault="005461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E948C" w14:textId="77777777" w:rsidR="008C6313" w:rsidRPr="0053377C" w:rsidRDefault="008C6313">
      <w:pPr>
        <w:spacing w:after="0" w:line="240" w:lineRule="auto"/>
      </w:pPr>
      <w:r w:rsidRPr="0053377C">
        <w:separator/>
      </w:r>
    </w:p>
  </w:footnote>
  <w:footnote w:type="continuationSeparator" w:id="0">
    <w:p w14:paraId="1D3CC2AB" w14:textId="77777777" w:rsidR="008C6313" w:rsidRPr="0053377C" w:rsidRDefault="008C6313">
      <w:pPr>
        <w:spacing w:after="0" w:line="240" w:lineRule="auto"/>
      </w:pPr>
      <w:r w:rsidRPr="00533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B8C1" w14:textId="77777777" w:rsidR="00AC5703" w:rsidRPr="0053377C" w:rsidRDefault="00AC5703">
    <w:pPr>
      <w:pStyle w:val="Nagwek"/>
    </w:pPr>
    <w:r w:rsidRPr="0053377C">
      <w:rPr>
        <w:lang w:eastAsia="pl-PL"/>
      </w:rPr>
      <w:drawing>
        <wp:inline distT="0" distB="0" distL="0" distR="0" wp14:anchorId="6E8CB8C2" wp14:editId="6E8CB8C3">
          <wp:extent cx="6548120" cy="1309370"/>
          <wp:effectExtent l="19050" t="0" r="5080" b="0"/>
          <wp:docPr id="1" name="Obraz 0" descr="Bez nazwy (1500 x 300 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azwy (1500 x 300 px).png"/>
                  <pic:cNvPicPr/>
                </pic:nvPicPr>
                <pic:blipFill>
                  <a:blip r:embed="rId1"/>
                  <a:stretch>
                    <a:fillRect/>
                  </a:stretch>
                </pic:blipFill>
                <pic:spPr>
                  <a:xfrm>
                    <a:off x="0" y="0"/>
                    <a:ext cx="6548120" cy="13093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6952700">
    <w:abstractNumId w:val="8"/>
  </w:num>
  <w:num w:numId="2" w16cid:durableId="850417071">
    <w:abstractNumId w:val="6"/>
  </w:num>
  <w:num w:numId="3" w16cid:durableId="1339697026">
    <w:abstractNumId w:val="5"/>
  </w:num>
  <w:num w:numId="4" w16cid:durableId="2068412722">
    <w:abstractNumId w:val="4"/>
  </w:num>
  <w:num w:numId="5" w16cid:durableId="909387697">
    <w:abstractNumId w:val="7"/>
  </w:num>
  <w:num w:numId="6" w16cid:durableId="471678787">
    <w:abstractNumId w:val="3"/>
  </w:num>
  <w:num w:numId="7" w16cid:durableId="1747914214">
    <w:abstractNumId w:val="2"/>
  </w:num>
  <w:num w:numId="8" w16cid:durableId="1929460779">
    <w:abstractNumId w:val="1"/>
  </w:num>
  <w:num w:numId="9" w16cid:durableId="623925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47730"/>
    <w:rsid w:val="00001361"/>
    <w:rsid w:val="00025149"/>
    <w:rsid w:val="00034616"/>
    <w:rsid w:val="00035E39"/>
    <w:rsid w:val="0006063C"/>
    <w:rsid w:val="000676CC"/>
    <w:rsid w:val="00081605"/>
    <w:rsid w:val="000A7148"/>
    <w:rsid w:val="000B7360"/>
    <w:rsid w:val="000E3247"/>
    <w:rsid w:val="0011292B"/>
    <w:rsid w:val="0012142E"/>
    <w:rsid w:val="001314CF"/>
    <w:rsid w:val="0015074B"/>
    <w:rsid w:val="00166F6F"/>
    <w:rsid w:val="001678CF"/>
    <w:rsid w:val="001A070A"/>
    <w:rsid w:val="001C245C"/>
    <w:rsid w:val="001C670D"/>
    <w:rsid w:val="001D0C05"/>
    <w:rsid w:val="001D2AEE"/>
    <w:rsid w:val="001D35C1"/>
    <w:rsid w:val="001E25BC"/>
    <w:rsid w:val="001E4787"/>
    <w:rsid w:val="001E6DB1"/>
    <w:rsid w:val="001F1305"/>
    <w:rsid w:val="00204435"/>
    <w:rsid w:val="002170F9"/>
    <w:rsid w:val="002232A5"/>
    <w:rsid w:val="00227F8A"/>
    <w:rsid w:val="002442C5"/>
    <w:rsid w:val="00245836"/>
    <w:rsid w:val="00247D3A"/>
    <w:rsid w:val="00251D59"/>
    <w:rsid w:val="002533C6"/>
    <w:rsid w:val="00263AAE"/>
    <w:rsid w:val="00266DED"/>
    <w:rsid w:val="002705BB"/>
    <w:rsid w:val="00295A66"/>
    <w:rsid w:val="0029639D"/>
    <w:rsid w:val="002A17E7"/>
    <w:rsid w:val="002D6D91"/>
    <w:rsid w:val="002E1129"/>
    <w:rsid w:val="0030233E"/>
    <w:rsid w:val="00310868"/>
    <w:rsid w:val="00310945"/>
    <w:rsid w:val="00322D7D"/>
    <w:rsid w:val="00326F90"/>
    <w:rsid w:val="00350FF5"/>
    <w:rsid w:val="003655B6"/>
    <w:rsid w:val="00372698"/>
    <w:rsid w:val="003766E4"/>
    <w:rsid w:val="00382B7E"/>
    <w:rsid w:val="003B4F26"/>
    <w:rsid w:val="003C3ACE"/>
    <w:rsid w:val="003C5167"/>
    <w:rsid w:val="003F27FE"/>
    <w:rsid w:val="0042001A"/>
    <w:rsid w:val="00423525"/>
    <w:rsid w:val="004509B0"/>
    <w:rsid w:val="004838F0"/>
    <w:rsid w:val="004B5C91"/>
    <w:rsid w:val="004B5D7F"/>
    <w:rsid w:val="004D237C"/>
    <w:rsid w:val="004E3113"/>
    <w:rsid w:val="004E4E91"/>
    <w:rsid w:val="004F2311"/>
    <w:rsid w:val="0050229F"/>
    <w:rsid w:val="00504B04"/>
    <w:rsid w:val="005177E5"/>
    <w:rsid w:val="0053377C"/>
    <w:rsid w:val="005461F5"/>
    <w:rsid w:val="00546F3C"/>
    <w:rsid w:val="005531DA"/>
    <w:rsid w:val="005573E3"/>
    <w:rsid w:val="005603EB"/>
    <w:rsid w:val="0057174F"/>
    <w:rsid w:val="005B21DB"/>
    <w:rsid w:val="00637999"/>
    <w:rsid w:val="00641E0B"/>
    <w:rsid w:val="00644948"/>
    <w:rsid w:val="00667FA4"/>
    <w:rsid w:val="006714D7"/>
    <w:rsid w:val="00684567"/>
    <w:rsid w:val="00692AEE"/>
    <w:rsid w:val="006B0524"/>
    <w:rsid w:val="006B208B"/>
    <w:rsid w:val="006B3FE0"/>
    <w:rsid w:val="006D0C06"/>
    <w:rsid w:val="006D16B0"/>
    <w:rsid w:val="006E19AD"/>
    <w:rsid w:val="006F3609"/>
    <w:rsid w:val="0070137C"/>
    <w:rsid w:val="00714847"/>
    <w:rsid w:val="007148E5"/>
    <w:rsid w:val="0072049F"/>
    <w:rsid w:val="00745891"/>
    <w:rsid w:val="00770605"/>
    <w:rsid w:val="0079252F"/>
    <w:rsid w:val="007A06B4"/>
    <w:rsid w:val="007A17BA"/>
    <w:rsid w:val="007C32D7"/>
    <w:rsid w:val="007C4202"/>
    <w:rsid w:val="007E081E"/>
    <w:rsid w:val="007E4292"/>
    <w:rsid w:val="007F06F7"/>
    <w:rsid w:val="00810F97"/>
    <w:rsid w:val="00833FD5"/>
    <w:rsid w:val="00844F86"/>
    <w:rsid w:val="00845A7B"/>
    <w:rsid w:val="00855E95"/>
    <w:rsid w:val="00860F7E"/>
    <w:rsid w:val="0088353F"/>
    <w:rsid w:val="00890A5F"/>
    <w:rsid w:val="008947FD"/>
    <w:rsid w:val="008C3D22"/>
    <w:rsid w:val="008C41E7"/>
    <w:rsid w:val="008C6313"/>
    <w:rsid w:val="008C6404"/>
    <w:rsid w:val="008F187E"/>
    <w:rsid w:val="00901B6F"/>
    <w:rsid w:val="0092126F"/>
    <w:rsid w:val="009214E1"/>
    <w:rsid w:val="00946138"/>
    <w:rsid w:val="00957523"/>
    <w:rsid w:val="0098261C"/>
    <w:rsid w:val="00991C0C"/>
    <w:rsid w:val="00997599"/>
    <w:rsid w:val="009C47E8"/>
    <w:rsid w:val="009D7C93"/>
    <w:rsid w:val="009E5077"/>
    <w:rsid w:val="009F08E5"/>
    <w:rsid w:val="009F1DC6"/>
    <w:rsid w:val="00A0250D"/>
    <w:rsid w:val="00A043D9"/>
    <w:rsid w:val="00A047D8"/>
    <w:rsid w:val="00A07A47"/>
    <w:rsid w:val="00A32DDE"/>
    <w:rsid w:val="00A44312"/>
    <w:rsid w:val="00A46B51"/>
    <w:rsid w:val="00A77D55"/>
    <w:rsid w:val="00A85066"/>
    <w:rsid w:val="00AA1D8D"/>
    <w:rsid w:val="00AB23DC"/>
    <w:rsid w:val="00AB73B1"/>
    <w:rsid w:val="00AC5703"/>
    <w:rsid w:val="00AC73F5"/>
    <w:rsid w:val="00B105DE"/>
    <w:rsid w:val="00B22F2D"/>
    <w:rsid w:val="00B34736"/>
    <w:rsid w:val="00B35AAE"/>
    <w:rsid w:val="00B47730"/>
    <w:rsid w:val="00B52F69"/>
    <w:rsid w:val="00B76F6D"/>
    <w:rsid w:val="00BA3EB9"/>
    <w:rsid w:val="00BB69CD"/>
    <w:rsid w:val="00C1592C"/>
    <w:rsid w:val="00C33207"/>
    <w:rsid w:val="00C36866"/>
    <w:rsid w:val="00C448D8"/>
    <w:rsid w:val="00C46E66"/>
    <w:rsid w:val="00C613D6"/>
    <w:rsid w:val="00C639E8"/>
    <w:rsid w:val="00C772E7"/>
    <w:rsid w:val="00C805A4"/>
    <w:rsid w:val="00C84256"/>
    <w:rsid w:val="00CA1534"/>
    <w:rsid w:val="00CB0664"/>
    <w:rsid w:val="00CD7CE4"/>
    <w:rsid w:val="00CF3674"/>
    <w:rsid w:val="00D104F3"/>
    <w:rsid w:val="00D1138D"/>
    <w:rsid w:val="00D54474"/>
    <w:rsid w:val="00D6074F"/>
    <w:rsid w:val="00D61A09"/>
    <w:rsid w:val="00D63CAC"/>
    <w:rsid w:val="00D66E40"/>
    <w:rsid w:val="00D720FC"/>
    <w:rsid w:val="00D81183"/>
    <w:rsid w:val="00D92694"/>
    <w:rsid w:val="00DE38A0"/>
    <w:rsid w:val="00E26D97"/>
    <w:rsid w:val="00E431B3"/>
    <w:rsid w:val="00E53BEB"/>
    <w:rsid w:val="00E569AA"/>
    <w:rsid w:val="00E668CC"/>
    <w:rsid w:val="00E67795"/>
    <w:rsid w:val="00E96C85"/>
    <w:rsid w:val="00EA3D5F"/>
    <w:rsid w:val="00EB0BBF"/>
    <w:rsid w:val="00EB7D75"/>
    <w:rsid w:val="00EB7FD1"/>
    <w:rsid w:val="00EC0AAA"/>
    <w:rsid w:val="00ED271A"/>
    <w:rsid w:val="00F44143"/>
    <w:rsid w:val="00F67298"/>
    <w:rsid w:val="00F7049D"/>
    <w:rsid w:val="00F8124F"/>
    <w:rsid w:val="00FA072F"/>
    <w:rsid w:val="00FA5209"/>
    <w:rsid w:val="00FC693F"/>
    <w:rsid w:val="00FD36CD"/>
    <w:rsid w:val="00FF5778"/>
    <w:rsid w:val="00FF57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8CB81A"/>
  <w15:docId w15:val="{A945A365-1ABE-4A56-A74E-C582AD0A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jc w:val="both"/>
    </w:pPr>
    <w:rPr>
      <w:rFonts w:ascii="Calibri" w:eastAsia="Calibri" w:hAnsi="Calibri"/>
      <w:sz w:val="24"/>
      <w:lang w:val="pl-PL"/>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oprawka">
    <w:name w:val="Revision"/>
    <w:hidden/>
    <w:uiPriority w:val="99"/>
    <w:semiHidden/>
    <w:rsid w:val="00D104F3"/>
    <w:pPr>
      <w:spacing w:after="0" w:line="240" w:lineRule="auto"/>
    </w:pPr>
    <w:rPr>
      <w:rFonts w:ascii="Calibri" w:eastAsia="Calibri" w:hAnsi="Calibri"/>
      <w:sz w:val="24"/>
    </w:rPr>
  </w:style>
  <w:style w:type="character" w:styleId="Odwoaniedokomentarza">
    <w:name w:val="annotation reference"/>
    <w:basedOn w:val="Domylnaczcionkaakapitu"/>
    <w:uiPriority w:val="99"/>
    <w:semiHidden/>
    <w:unhideWhenUsed/>
    <w:rsid w:val="00D104F3"/>
    <w:rPr>
      <w:sz w:val="16"/>
      <w:szCs w:val="16"/>
    </w:rPr>
  </w:style>
  <w:style w:type="paragraph" w:styleId="Tekstkomentarza">
    <w:name w:val="annotation text"/>
    <w:basedOn w:val="Normalny"/>
    <w:link w:val="TekstkomentarzaZnak"/>
    <w:uiPriority w:val="99"/>
    <w:semiHidden/>
    <w:unhideWhenUsed/>
    <w:rsid w:val="00D104F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04F3"/>
    <w:rPr>
      <w:rFonts w:ascii="Calibri" w:eastAsia="Calibri" w:hAnsi="Calibri"/>
      <w:sz w:val="20"/>
      <w:szCs w:val="20"/>
    </w:rPr>
  </w:style>
  <w:style w:type="paragraph" w:styleId="Tematkomentarza">
    <w:name w:val="annotation subject"/>
    <w:basedOn w:val="Tekstkomentarza"/>
    <w:next w:val="Tekstkomentarza"/>
    <w:link w:val="TematkomentarzaZnak"/>
    <w:uiPriority w:val="99"/>
    <w:semiHidden/>
    <w:unhideWhenUsed/>
    <w:rsid w:val="00D104F3"/>
    <w:rPr>
      <w:b/>
      <w:bCs/>
    </w:rPr>
  </w:style>
  <w:style w:type="character" w:customStyle="1" w:styleId="TematkomentarzaZnak">
    <w:name w:val="Temat komentarza Znak"/>
    <w:basedOn w:val="TekstkomentarzaZnak"/>
    <w:link w:val="Tematkomentarza"/>
    <w:uiPriority w:val="99"/>
    <w:semiHidden/>
    <w:rsid w:val="00D104F3"/>
    <w:rPr>
      <w:rFonts w:ascii="Calibri" w:eastAsia="Calibri" w:hAnsi="Calibri"/>
      <w:b/>
      <w:bCs/>
      <w:sz w:val="20"/>
      <w:szCs w:val="20"/>
    </w:rPr>
  </w:style>
  <w:style w:type="character" w:styleId="Hipercze">
    <w:name w:val="Hyperlink"/>
    <w:basedOn w:val="Domylnaczcionkaakapitu"/>
    <w:uiPriority w:val="99"/>
    <w:unhideWhenUsed/>
    <w:rsid w:val="001D35C1"/>
    <w:rPr>
      <w:color w:val="0000FF" w:themeColor="hyperlink"/>
      <w:u w:val="single"/>
    </w:rPr>
  </w:style>
  <w:style w:type="character" w:customStyle="1" w:styleId="Nierozpoznanawzmianka1">
    <w:name w:val="Nierozpoznana wzmianka1"/>
    <w:basedOn w:val="Domylnaczcionkaakapitu"/>
    <w:uiPriority w:val="99"/>
    <w:semiHidden/>
    <w:unhideWhenUsed/>
    <w:rsid w:val="001D35C1"/>
    <w:rPr>
      <w:color w:val="605E5C"/>
      <w:shd w:val="clear" w:color="auto" w:fill="E1DFDD"/>
    </w:rPr>
  </w:style>
  <w:style w:type="paragraph" w:styleId="Tekstdymka">
    <w:name w:val="Balloon Text"/>
    <w:basedOn w:val="Normalny"/>
    <w:link w:val="TekstdymkaZnak"/>
    <w:uiPriority w:val="99"/>
    <w:semiHidden/>
    <w:unhideWhenUsed/>
    <w:rsid w:val="00AC570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C570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sir.konstantyn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37D46-4D66-4704-AFB7-5EEFBC9C1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1825</TotalTime>
  <Pages>9</Pages>
  <Words>2796</Words>
  <Characters>16780</Characters>
  <Application>Microsoft Office Word</Application>
  <DocSecurity>0</DocSecurity>
  <Lines>139</Lines>
  <Paragraphs>39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Regulamin Rodzinnych Zawodów Pływackich CSiR 2026</vt:lpstr>
      <vt:lpstr/>
    </vt:vector>
  </TitlesOfParts>
  <Manager/>
  <Company/>
  <LinksUpToDate>false</LinksUpToDate>
  <CharactersWithSpaces>19537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Rodzinnych Zawodów Pływackich CSiR 2026</dc:title>
  <dc:subject>Regulamin wydarzenia sportowo-rekreacyjnego oraz klauzula informacyjna RODO</dc:subject>
  <dc:creator>OpenAI</dc:creator>
  <cp:keywords/>
  <dc:description/>
  <cp:lastModifiedBy>Marcin Krebs</cp:lastModifiedBy>
  <cp:revision>101</cp:revision>
  <cp:lastPrinted>2026-07-06T08:32:00Z</cp:lastPrinted>
  <dcterms:created xsi:type="dcterms:W3CDTF">2026-06-02T08:18:00Z</dcterms:created>
  <dcterms:modified xsi:type="dcterms:W3CDTF">2026-09-09T07:54:00Z</dcterms:modified>
  <cp:category/>
</cp:coreProperties>
</file>